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de Matemáticas — Zagora 2018</w:t>
      </w:r>
    </w:p>
    <w:p>
      <w:pPr>
        <w:jc w:val="center"/>
      </w:pPr>
      <w:r>
        <w:rPr>
          <w:i/>
          <w:sz w:val="22"/>
        </w:rPr>
        <w:t>Corrección traducida al castellano</w:t>
      </w:r>
    </w:p>
    <w:p>
      <w:r>
        <w:rPr>
          <w:b/>
          <w:sz w:val="26"/>
        </w:rPr>
        <w:t>I. Números y cálculo</w:t>
      </w:r>
    </w:p>
    <w:p>
      <w:r>
        <w:t>1) Colocar y realizar:</w:t>
      </w:r>
    </w:p>
    <w:p>
      <w:r>
        <w:t>1985,4 − 96,58 = 1888,82</w:t>
      </w:r>
    </w:p>
    <w:p>
      <w:r>
        <w:t>1888,82 + 875 = 2763,82</w:t>
      </w:r>
    </w:p>
    <w:p>
      <w:r>
        <w:t>805,7 × 6,4 = 5156,48</w:t>
      </w:r>
    </w:p>
    <w:p>
      <w:r>
        <w:t>159,95 ÷ 3,5 = 45,7</w:t>
      </w:r>
    </w:p>
    <w:p>
      <w:r>
        <w:t>2) Orden decreciente:</w:t>
      </w:r>
    </w:p>
    <w:p>
      <w:r>
        <w:t>37/3 &gt; 12 &gt; 11,82 &gt; 11,28 &gt; 11,028</w:t>
      </w:r>
    </w:p>
    <w:p>
      <w:r>
        <w:t>3) Cálculo y simplificación:</w:t>
      </w:r>
    </w:p>
    <w:p>
      <w:r>
        <w:t>7/1 + 3/7 = 49/7 + 3/7 = 52/7</w:t>
      </w:r>
    </w:p>
    <w:p>
      <w:r>
        <w:t>52/7 ÷ 13/7 = 52/7 × 7/13 = 52/13</w:t>
      </w:r>
    </w:p>
    <w:p>
      <w:r>
        <w:t>4) Problema:</w:t>
      </w:r>
    </w:p>
    <w:p>
      <w:r>
        <w:t>Duración entre casa y escuela: 7 h 45 min − 7 h 15 min = 30 min.</w:t>
      </w:r>
    </w:p>
    <w:p>
      <w:r>
        <w:t>Velocidad media: V = (3 × 60) ÷ 30 = 6 km/h.</w:t>
      </w:r>
    </w:p>
    <w:p>
      <w:r>
        <w:rPr>
          <w:b/>
          <w:sz w:val="26"/>
        </w:rPr>
        <w:t>II. Geometría</w:t>
      </w:r>
    </w:p>
    <w:p>
      <w:r>
        <w:t>1) Figura simétrica respecto de la recta (D).</w:t>
      </w:r>
    </w:p>
    <w:p>
      <w:r>
        <w:t>2) Ángulo MÔN de 40°: es un ángulo agudo.</w:t>
      </w:r>
    </w:p>
    <w:p>
      <w:r>
        <w:t>3) Construcción del rombo ABCD con AB = 3 cm y ángulo ABC = 30°.</w:t>
      </w:r>
    </w:p>
    <w:p>
      <w:r>
        <w:drawing>
          <wp:inline xmlns:a="http://schemas.openxmlformats.org/drawingml/2006/main" xmlns:pic="http://schemas.openxmlformats.org/drawingml/2006/picture">
            <wp:extent cx="3108960" cy="40655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_figs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40655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4) Problema de la piscina:</w:t>
      </w:r>
    </w:p>
    <w:p>
      <w:r>
        <w:t>Área de la parte rectangular: S1 = L × l = 7 × 5 = 35 m².</w:t>
      </w:r>
    </w:p>
    <w:p>
      <w:r>
        <w:t>Área de la parte triangular: S2 = (b × h) / 2 = (5 × 3) / 2 = 7,5 m².</w:t>
      </w:r>
    </w:p>
    <w:p>
      <w:r>
        <w:t>Área total de la piscina: S = S1 + S2 = 35 + 7,5 = 42,5 m².</w:t>
      </w:r>
    </w:p>
    <w:p>
      <w:r>
        <w:rPr>
          <w:b/>
          <w:sz w:val="26"/>
        </w:rPr>
        <w:t>III. Medida</w:t>
      </w:r>
    </w:p>
    <w:p>
      <w:r>
        <w:t>1) Conversiones:</w:t>
      </w:r>
    </w:p>
    <w:p>
      <w:r>
        <w:t>9,65 hm 0,7 dam = 972 m</w:t>
      </w:r>
    </w:p>
    <w:p>
      <w:r>
        <w:t>1,2 t 400 kg = 16 q</w:t>
      </w:r>
    </w:p>
    <w:p>
      <w:r>
        <w:t>13,9 a 23 m² = 0,1413 ha</w:t>
      </w:r>
    </w:p>
    <w:p>
      <w:r>
        <w:t>0,75 m³ 79 dl = 7,579 hl</w:t>
      </w:r>
    </w:p>
    <w:p>
      <w:r>
        <w:t>2) Problema del estanque:</w:t>
      </w:r>
    </w:p>
    <w:p>
      <w:r>
        <w:t>Cantidad de agua correspondiente a 3/4 del volumen: 32000 × 3/4 = 24000 cm³.</w:t>
      </w:r>
    </w:p>
    <w:p>
      <w:r>
        <w:t>Conversión: 24000 cm³ = 24 dm³ = 24 l.</w:t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