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— Mediouna 2016</w:t>
      </w:r>
    </w:p>
    <w:p>
      <w:pPr>
        <w:jc w:val="center"/>
      </w:pPr>
      <w:r>
        <w:rPr>
          <w:i/>
          <w:sz w:val="22"/>
        </w:rPr>
        <w:t>Matemáticas — Enunciado traducido al castellano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Nombre y apellidos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Nivel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Duración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Nota</w:t>
            </w:r>
          </w:p>
        </w:tc>
      </w:tr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6.º Primaria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1 h 30 min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/40</w:t>
            </w:r>
          </w:p>
        </w:tc>
      </w:tr>
    </w:tbl>
    <w:p/>
    <w:p>
      <w:pPr>
        <w:pStyle w:val="Heading2"/>
      </w:pPr>
      <w:r>
        <w:t>I. Números y cálculo (16 puntos)</w:t>
      </w:r>
    </w:p>
    <w:p>
      <w:pPr>
        <w:pStyle w:val="ListNumber"/>
      </w:pPr>
      <w:r>
        <w:t>Ordena los números siguientes de forma decreciente usando el símbolo adecuado: 7/8 ; 0,88 ; 4/5 ; 2/3 ; 0,66.</w:t>
      </w:r>
    </w:p>
    <w:p>
      <w:pPr>
        <w:pStyle w:val="ListNumber"/>
      </w:pPr>
      <w:r>
        <w:t>Coloca y calcula: 1965,8 − (899,7 + 587,76).</w:t>
      </w:r>
    </w:p>
    <w:p>
      <w:pPr>
        <w:pStyle w:val="ListNumber"/>
      </w:pPr>
      <w:r>
        <w:t>Calcula la operación con fracciones indicada en el enunciado.</w:t>
      </w:r>
    </w:p>
    <w:p>
      <w:pPr>
        <w:pStyle w:val="ListNumber"/>
      </w:pPr>
      <w:r>
        <w:t>Coloca y calcula: 65,09 × 8,7.</w:t>
      </w:r>
    </w:p>
    <w:p>
      <w:pPr>
        <w:pStyle w:val="ListNumber"/>
      </w:pPr>
      <w:r>
        <w:t>Encuentra el cociente exacto de: 54,74 ÷ 6,8.</w:t>
      </w:r>
    </w:p>
    <w:p>
      <w:pPr>
        <w:pStyle w:val="ListNumber"/>
      </w:pPr>
      <w:r>
        <w:t>Una persona depositó dinero en un banco al 8 %. Después de 2 años y medio obtuvo un interés de 6000 dirhams. Calcula la cantidad depositada.</w:t>
      </w:r>
    </w:p>
    <w:p>
      <w:pPr>
        <w:pStyle w:val="Heading2"/>
      </w:pPr>
      <w:r>
        <w:t>II. Geometría (11 puntos)</w:t>
      </w:r>
    </w:p>
    <w:p>
      <w:pPr>
        <w:pStyle w:val="ListNumber"/>
      </w:pPr>
      <w:r>
        <w:t>Dibuja un ángulo AOB de 75° usando los instrumentos geométricos adecuados.</w:t>
      </w:r>
    </w:p>
    <w:p>
      <w:pPr>
        <w:pStyle w:val="ListNumber"/>
      </w:pPr>
      <w:r>
        <w:t>Construye una circunferencia (C) de diámetro d = 7 cm.</w:t>
      </w:r>
    </w:p>
    <w:p>
      <w:pPr>
        <w:pStyle w:val="ListNumber"/>
      </w:pPr>
      <w:r>
        <w:t>Construye la figura simétrica de la figura dada respecto de la recta (D).</w:t>
      </w:r>
    </w:p>
    <w:p>
      <w:pPr>
        <w:jc w:val="center"/>
      </w:pPr>
      <w:r>
        <w:rPr>
          <w:i/>
          <w:sz w:val="18"/>
        </w:rPr>
        <w:t>Figura para la simetría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230314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diouna_2016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3031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t>Para coser uniformes escolares, un sastre compró una pieza de tela con forma de paralelogramo, de base 28 m y altura igual a 1/8 de la base. Calcula cuántos uniformes se pueden hacer si cada uniforme necesita 1,75 m² de tela.</w:t>
      </w:r>
    </w:p>
    <w:p>
      <w:pPr>
        <w:pStyle w:val="Heading2"/>
      </w:pPr>
      <w:r>
        <w:t>III. Medida (13 puntos)</w:t>
      </w:r>
    </w:p>
    <w:p>
      <w:pPr>
        <w:pStyle w:val="ListNumber"/>
      </w:pPr>
      <w:r>
        <w:t>Convierte a la unidad pedida: 9,8 hm 0,52 dam 780 mm = ___ m ; 3 kg 6,04 t 869 hg = ___ q ; 78,6 m² 2534 dm² 15,8 a = ___ ca ; 648,9 dm³ 634,8 hl 173 dal = ___ m³.</w:t>
      </w:r>
    </w:p>
    <w:p>
      <w:pPr>
        <w:pStyle w:val="ListNumber"/>
      </w:pPr>
      <w:r>
        <w:t>Para regar una parcela, un agricultor utilizó 1/3 del volumen de un depósito cilíndrico de altura 7,2 m y diámetro de base 3 m. Calcula el volumen de agua que queda en el depósito.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