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- Ben Slimane 2016 - Corrección</w:t>
      </w:r>
    </w:p>
    <w:p>
      <w:pPr>
        <w:jc w:val="center"/>
      </w:pPr>
      <w:r>
        <w:rPr>
          <w:i/>
          <w:sz w:val="20"/>
        </w:rPr>
        <w:t>Traducción al castellano</w:t>
      </w:r>
    </w:p>
    <w:p>
      <w:r>
        <w:rPr>
          <w:b/>
          <w:sz w:val="24"/>
        </w:rPr>
        <w:t>I. Números y cálculo</w:t>
      </w:r>
    </w:p>
    <w:p>
      <w:r>
        <w:t>1. Ordenación correcta: 14,33 &lt; 14,8 &lt; 134/9 &lt; 180/11 &lt; 16,75.</w:t>
      </w:r>
    </w:p>
    <w:p>
      <w:r>
        <w:t>2. 9004 - (856 + 24,6) = 9004 - 880,6 = 8123,4.</w:t>
      </w:r>
    </w:p>
    <w:p>
      <w:r>
        <w:t>3. (1/4 + 2/3) : (1/2 - 1/5) = 11/12 : 3/10 = 55/18.</w:t>
      </w:r>
    </w:p>
    <w:p>
      <w:r>
        <w:t>4. 316 x 8,64 = 2730,24.</w:t>
      </w:r>
    </w:p>
    <w:p>
      <w:r>
        <w:t>5. 269,5 : 27,5 = 9,8.</w:t>
      </w:r>
    </w:p>
    <w:p>
      <w:r>
        <w:t>6. Cantidad de pintura necesaria: 45 x 5 : 15 = 15 L. Número de latas: 15 : 5 = 3 latas.</w:t>
      </w:r>
    </w:p>
    <w:p>
      <w:r>
        <w:rPr>
          <w:b/>
          <w:sz w:val="24"/>
        </w:rPr>
        <w:t>II. Geometría</w:t>
      </w:r>
    </w:p>
    <w:p>
      <w:r>
        <w:t>7. Ángulo AOB de 120° correctamente trazado; se admite pequeño margen de error.</w:t>
      </w:r>
    </w:p>
    <w:p>
      <w:r>
        <w:t>8. Paralelogramo EFGH correctamente construido respetando EF = 5 cm, FG = 3 cm y 40°.</w:t>
      </w:r>
    </w:p>
    <w:p>
      <w:r>
        <w:t>9. Figura simétrica correctamente construida con respecto a (D).</w:t>
      </w:r>
    </w:p>
    <w:p>
      <w:r>
        <w:t>10. Si el área del disco es 153,86 cm², r² = 153,86 : 3,14 = 49, luego r = 7 cm. Diámetro = 14 cm. Perímetro = 2 x 3,14 x 7 = 43,96 cm.</w:t>
      </w:r>
    </w:p>
    <w:p>
      <w:r>
        <w:rPr>
          <w:b/>
          <w:sz w:val="24"/>
        </w:rPr>
        <w:t>III. Medida</w:t>
      </w:r>
    </w:p>
    <w:p>
      <w:r>
        <w:t>11. 0,25 m 32,7 dm = 0,352 dam; 1 t 25,36 kg = 10,2536 q; 8 ha 15 ca = 80015 m²; 75 dal 3,25 m³ 17,05 dm³ = 40170,5 dl.</w:t>
      </w:r>
    </w:p>
    <w:p>
      <w:r>
        <w:t>12. Volumen total del depósito: 12 x 8 x 2 = 192 m³. Volumen de agua actual: 12 x 8 x 1,2 = 115,2 m³. Cantidad que falta: 76,8 m³ = 76800 L.</w:t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