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EE89" w14:textId="77777777" w:rsidR="00124712" w:rsidRDefault="00000000">
      <w:pPr>
        <w:jc w:val="center"/>
      </w:pPr>
      <w:r>
        <w:rPr>
          <w:b/>
          <w:sz w:val="28"/>
        </w:rPr>
        <w:t>Examen unificado de centro - Sidi Moussa (Chefchaouen)</w:t>
      </w:r>
    </w:p>
    <w:p w14:paraId="48C9DDAD" w14:textId="77777777" w:rsidR="00124712" w:rsidRDefault="00000000">
      <w:pPr>
        <w:jc w:val="center"/>
      </w:pPr>
      <w:r>
        <w:rPr>
          <w:i/>
          <w:sz w:val="20"/>
        </w:rPr>
        <w:t>Matemáticas - Enero 2015 - Enunciado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124712" w14:paraId="0E64C427" w14:textId="77777777">
        <w:trPr>
          <w:jc w:val="center"/>
        </w:trPr>
        <w:tc>
          <w:tcPr>
            <w:tcW w:w="2635" w:type="dxa"/>
            <w:vAlign w:val="center"/>
          </w:tcPr>
          <w:p w14:paraId="034A22DF" w14:textId="77777777" w:rsidR="00124712" w:rsidRDefault="00000000"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w="2635" w:type="dxa"/>
            <w:vAlign w:val="center"/>
          </w:tcPr>
          <w:p w14:paraId="4E288380" w14:textId="77777777" w:rsidR="00124712" w:rsidRDefault="00000000"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w="2635" w:type="dxa"/>
            <w:vAlign w:val="center"/>
          </w:tcPr>
          <w:p w14:paraId="0349B214" w14:textId="77777777" w:rsidR="00124712" w:rsidRDefault="00000000"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w="2635" w:type="dxa"/>
            <w:vAlign w:val="center"/>
          </w:tcPr>
          <w:p w14:paraId="3D4154F3" w14:textId="77777777" w:rsidR="00124712" w:rsidRDefault="00000000"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 w:rsidR="00124712" w14:paraId="4BB9AD05" w14:textId="77777777">
        <w:trPr>
          <w:jc w:val="center"/>
        </w:trPr>
        <w:tc>
          <w:tcPr>
            <w:tcW w:w="2635" w:type="dxa"/>
            <w:vAlign w:val="center"/>
          </w:tcPr>
          <w:p w14:paraId="4AC5B66D" w14:textId="77777777" w:rsidR="00124712" w:rsidRDefault="00124712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1DF45E86" w14:textId="77777777" w:rsidR="00124712" w:rsidRDefault="00124712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42DAF5E0" w14:textId="77777777" w:rsidR="00124712" w:rsidRDefault="00124712">
            <w:pPr>
              <w:spacing w:after="0"/>
            </w:pPr>
          </w:p>
        </w:tc>
        <w:tc>
          <w:tcPr>
            <w:tcW w:w="2635" w:type="dxa"/>
            <w:vAlign w:val="center"/>
          </w:tcPr>
          <w:p w14:paraId="651758E1" w14:textId="77777777" w:rsidR="00124712" w:rsidRDefault="00124712">
            <w:pPr>
              <w:spacing w:after="0"/>
            </w:pPr>
          </w:p>
        </w:tc>
      </w:tr>
    </w:tbl>
    <w:p w14:paraId="2D2F6745" w14:textId="77777777" w:rsidR="00124712" w:rsidRDefault="00124712"/>
    <w:p w14:paraId="0E997C5D" w14:textId="77777777" w:rsidR="00124712" w:rsidRDefault="00000000">
      <w:r>
        <w:rPr>
          <w:b/>
          <w:sz w:val="24"/>
        </w:rPr>
        <w:t>I. Actividades numéricas (16 puntos)</w:t>
      </w:r>
    </w:p>
    <w:p w14:paraId="3144BB67" w14:textId="77777777" w:rsidR="00124712" w:rsidRDefault="00000000">
      <w:pPr>
        <w:spacing w:before="100" w:after="40"/>
      </w:pPr>
      <w:r>
        <w:rPr>
          <w:b/>
        </w:rPr>
        <w:t>1. Coloca y calcula las operaciones siguientes (10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124712" w14:paraId="5DE7C0E0" w14:textId="77777777">
        <w:trPr>
          <w:jc w:val="center"/>
        </w:trPr>
        <w:tc>
          <w:tcPr>
            <w:tcW w:w="2635" w:type="dxa"/>
          </w:tcPr>
          <w:p w14:paraId="34D61A10" w14:textId="77777777" w:rsidR="00124712" w:rsidRDefault="00000000">
            <w:pPr>
              <w:jc w:val="center"/>
            </w:pPr>
            <w:r>
              <w:t>279,85 + 83,05</w:t>
            </w:r>
          </w:p>
        </w:tc>
        <w:tc>
          <w:tcPr>
            <w:tcW w:w="2635" w:type="dxa"/>
          </w:tcPr>
          <w:p w14:paraId="14B2A1C5" w14:textId="77777777" w:rsidR="00124712" w:rsidRDefault="00000000">
            <w:pPr>
              <w:jc w:val="center"/>
            </w:pPr>
            <w:r>
              <w:t>12 432 - 8 764</w:t>
            </w:r>
          </w:p>
        </w:tc>
        <w:tc>
          <w:tcPr>
            <w:tcW w:w="2635" w:type="dxa"/>
          </w:tcPr>
          <w:p w14:paraId="23F4C0C2" w14:textId="77777777" w:rsidR="00124712" w:rsidRDefault="00000000">
            <w:pPr>
              <w:jc w:val="center"/>
            </w:pPr>
            <w:r>
              <w:t>673 x 23,5</w:t>
            </w:r>
          </w:p>
        </w:tc>
        <w:tc>
          <w:tcPr>
            <w:tcW w:w="2635" w:type="dxa"/>
          </w:tcPr>
          <w:p w14:paraId="7F93A32C" w14:textId="77777777" w:rsidR="00124712" w:rsidRDefault="00000000">
            <w:pPr>
              <w:jc w:val="center"/>
            </w:pPr>
            <w:r>
              <w:t>9 845 : 5</w:t>
            </w:r>
          </w:p>
        </w:tc>
      </w:tr>
      <w:tr w:rsidR="00124712" w14:paraId="0774F930" w14:textId="77777777">
        <w:trPr>
          <w:jc w:val="center"/>
        </w:trPr>
        <w:tc>
          <w:tcPr>
            <w:tcW w:w="2635" w:type="dxa"/>
          </w:tcPr>
          <w:p w14:paraId="634D53F7" w14:textId="77777777" w:rsidR="00170FE6" w:rsidRDefault="00000000">
            <w:pPr>
              <w:jc w:val="center"/>
            </w:pPr>
            <w:r>
              <w:br/>
            </w:r>
          </w:p>
          <w:p w14:paraId="5E41C441" w14:textId="77777777" w:rsidR="00170FE6" w:rsidRDefault="00170FE6">
            <w:pPr>
              <w:jc w:val="center"/>
            </w:pPr>
          </w:p>
          <w:p w14:paraId="17C6564F" w14:textId="77777777" w:rsidR="00170FE6" w:rsidRDefault="00170FE6">
            <w:pPr>
              <w:jc w:val="center"/>
            </w:pPr>
          </w:p>
          <w:p w14:paraId="590D5F64" w14:textId="77777777" w:rsidR="00170FE6" w:rsidRDefault="00170FE6">
            <w:pPr>
              <w:jc w:val="center"/>
            </w:pPr>
          </w:p>
          <w:p w14:paraId="423A70EC" w14:textId="77777777" w:rsidR="00170FE6" w:rsidRDefault="00170FE6">
            <w:pPr>
              <w:jc w:val="center"/>
            </w:pPr>
          </w:p>
          <w:p w14:paraId="579F4CDE" w14:textId="77777777" w:rsidR="00170FE6" w:rsidRDefault="00170FE6">
            <w:pPr>
              <w:jc w:val="center"/>
            </w:pPr>
          </w:p>
          <w:p w14:paraId="70324BAE" w14:textId="77777777" w:rsidR="00170FE6" w:rsidRDefault="00170FE6">
            <w:pPr>
              <w:jc w:val="center"/>
            </w:pPr>
          </w:p>
          <w:p w14:paraId="1EDF2ED0" w14:textId="1554C5BB" w:rsidR="00124712" w:rsidRDefault="00000000">
            <w:pPr>
              <w:jc w:val="center"/>
            </w:pP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7313A871" w14:textId="77777777" w:rsidR="00124712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5431F0CF" w14:textId="77777777" w:rsidR="00124712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1AF0157C" w14:textId="77777777" w:rsidR="00124712" w:rsidRDefault="00000000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2D885053" w14:textId="77777777" w:rsidR="00124712" w:rsidRDefault="00000000">
      <w:pPr>
        <w:spacing w:before="100" w:after="40"/>
      </w:pPr>
      <w:r>
        <w:rPr>
          <w:b/>
        </w:rPr>
        <w:t>2. Ordena los números siguientes de forma creciente (3 puntos)</w:t>
      </w:r>
    </w:p>
    <w:p w14:paraId="617E483B" w14:textId="77777777" w:rsidR="00124712" w:rsidRDefault="00000000">
      <w:r>
        <w:t>0,521 ; 5,120 ; 2,105 ; 12,50 ; 0,125 ; 1,250</w:t>
      </w:r>
    </w:p>
    <w:p w14:paraId="72448687" w14:textId="77777777" w:rsidR="00170FE6" w:rsidRDefault="00170FE6">
      <w:pPr>
        <w:spacing w:before="100" w:after="40"/>
      </w:pPr>
    </w:p>
    <w:p w14:paraId="2DE804BC" w14:textId="77777777" w:rsidR="00170FE6" w:rsidRDefault="00170FE6">
      <w:pPr>
        <w:spacing w:before="100" w:after="40"/>
      </w:pPr>
    </w:p>
    <w:p w14:paraId="2DCBB338" w14:textId="49E9EAF8" w:rsidR="00124712" w:rsidRDefault="00000000">
      <w:pPr>
        <w:spacing w:before="100" w:after="40"/>
      </w:pPr>
      <w:r>
        <w:rPr>
          <w:b/>
        </w:rPr>
        <w:t>3. Problema (3 puntos)</w:t>
      </w:r>
    </w:p>
    <w:p w14:paraId="7AA72D81" w14:textId="77777777" w:rsidR="00124712" w:rsidRDefault="00000000">
      <w:r>
        <w:t>Ahmed ahorró 5 000 dirhams. Compró un ordenador por 2 750 dirhams, una pantalla por 780 dirhams y una impresora por 620 dirhams.</w:t>
      </w:r>
    </w:p>
    <w:p w14:paraId="7A89969C" w14:textId="77777777" w:rsidR="00124712" w:rsidRDefault="00000000">
      <w:pPr>
        <w:pStyle w:val="Listaconvietas"/>
      </w:pPr>
      <w:r>
        <w:t>Calcula el precio total que pagó Ahmed.</w:t>
      </w:r>
    </w:p>
    <w:p w14:paraId="0B63DC7B" w14:textId="77777777" w:rsidR="00124712" w:rsidRDefault="00000000">
      <w:pPr>
        <w:pStyle w:val="Listaconvietas"/>
      </w:pPr>
      <w:r>
        <w:t>Calcula la cantidad que le quedó.</w:t>
      </w:r>
    </w:p>
    <w:p w14:paraId="614D0A46" w14:textId="77777777" w:rsidR="00170FE6" w:rsidRDefault="00170FE6"/>
    <w:p w14:paraId="0D43AAD7" w14:textId="77777777" w:rsidR="00170FE6" w:rsidRDefault="00170FE6"/>
    <w:p w14:paraId="2876D9EB" w14:textId="77777777" w:rsidR="00170FE6" w:rsidRDefault="00170FE6"/>
    <w:p w14:paraId="042CCA1E" w14:textId="77777777" w:rsidR="00170FE6" w:rsidRDefault="00170FE6"/>
    <w:p w14:paraId="4C9BF960" w14:textId="7292C8C3" w:rsidR="00124712" w:rsidRDefault="00000000">
      <w:r>
        <w:rPr>
          <w:b/>
          <w:sz w:val="24"/>
        </w:rPr>
        <w:t>II. Actividades de medida (13 puntos)</w:t>
      </w:r>
    </w:p>
    <w:p w14:paraId="16BAC7F8" w14:textId="309BF347" w:rsidR="00124712" w:rsidRDefault="00000000">
      <w:pPr>
        <w:spacing w:before="100" w:after="40"/>
      </w:pPr>
      <w:r>
        <w:rPr>
          <w:b/>
        </w:rPr>
        <w:t xml:space="preserve">1. Escribe la </w:t>
      </w:r>
      <w:proofErr w:type="spellStart"/>
      <w:r>
        <w:rPr>
          <w:b/>
        </w:rPr>
        <w:t>unidad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adecuada</w:t>
      </w:r>
      <w:proofErr w:type="spellEnd"/>
      <w:r>
        <w:rPr>
          <w:b/>
        </w:rPr>
        <w:t xml:space="preserve"> </w:t>
      </w:r>
      <w:proofErr w:type="spellStart"/>
      <w:r w:rsidR="00170FE6">
        <w:rPr>
          <w:b/>
        </w:rPr>
        <w:t>tras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expresión</w:t>
      </w:r>
      <w:proofErr w:type="spellEnd"/>
      <w:r>
        <w:rPr>
          <w:b/>
        </w:rPr>
        <w:t>: mm, cm, m, km (4 puntos)</w:t>
      </w:r>
    </w:p>
    <w:p w14:paraId="169644BF" w14:textId="77777777" w:rsidR="00124712" w:rsidRDefault="00000000">
      <w:pPr>
        <w:pStyle w:val="Listaconvietas"/>
      </w:pPr>
      <w:r>
        <w:t>Altura de Rachid: 1,75 ..........</w:t>
      </w:r>
    </w:p>
    <w:p w14:paraId="1DD80A16" w14:textId="77777777" w:rsidR="00124712" w:rsidRDefault="00000000">
      <w:pPr>
        <w:pStyle w:val="Listaconvietas"/>
      </w:pPr>
      <w:r>
        <w:t>Longitud del río Amazonas: 6690 ..........</w:t>
      </w:r>
    </w:p>
    <w:p w14:paraId="0407B866" w14:textId="77777777" w:rsidR="00124712" w:rsidRDefault="00000000">
      <w:pPr>
        <w:pStyle w:val="Listaconvietas"/>
      </w:pPr>
      <w:r>
        <w:t>Longitud del libro de matemáticas: 27 ..........</w:t>
      </w:r>
    </w:p>
    <w:p w14:paraId="3739E2B1" w14:textId="77777777" w:rsidR="00124712" w:rsidRDefault="00000000">
      <w:pPr>
        <w:pStyle w:val="Listaconvietas"/>
      </w:pPr>
      <w:r>
        <w:t>Grosor del libro de matemáticas: 8 ..........</w:t>
      </w:r>
    </w:p>
    <w:p w14:paraId="081757E8" w14:textId="77777777" w:rsidR="00170FE6" w:rsidRDefault="00170FE6" w:rsidP="00170FE6">
      <w:pPr>
        <w:pStyle w:val="Listaconvietas"/>
        <w:numPr>
          <w:ilvl w:val="0"/>
          <w:numId w:val="0"/>
        </w:numPr>
        <w:ind w:left="360" w:hanging="360"/>
      </w:pPr>
    </w:p>
    <w:p w14:paraId="42BA7EA3" w14:textId="77777777" w:rsidR="00124712" w:rsidRDefault="00000000">
      <w:pPr>
        <w:spacing w:before="100" w:after="40"/>
        <w:rPr>
          <w:b/>
        </w:rPr>
      </w:pPr>
      <w:r>
        <w:rPr>
          <w:b/>
        </w:rPr>
        <w:lastRenderedPageBreak/>
        <w:t>2. Convierte a la unidad pedida (6 puntos)</w:t>
      </w:r>
    </w:p>
    <w:p w14:paraId="3275C06C" w14:textId="77777777" w:rsidR="00170FE6" w:rsidRDefault="00170FE6">
      <w:pPr>
        <w:spacing w:before="100" w:after="40"/>
      </w:pPr>
    </w:p>
    <w:p w14:paraId="079900FF" w14:textId="15CE2F75" w:rsidR="00124712" w:rsidRDefault="00000000">
      <w:pPr>
        <w:pStyle w:val="Listaconvietas"/>
      </w:pPr>
      <w:r>
        <w:t>3 hm 57 m = .....</w:t>
      </w:r>
      <w:r w:rsidR="00170FE6">
        <w:t>..........</w:t>
      </w:r>
      <w:r>
        <w:t>..... m</w:t>
      </w:r>
    </w:p>
    <w:p w14:paraId="3B446FDE" w14:textId="77777777" w:rsidR="00170FE6" w:rsidRDefault="00170FE6" w:rsidP="00170FE6">
      <w:pPr>
        <w:pStyle w:val="Listaconvietas"/>
        <w:numPr>
          <w:ilvl w:val="0"/>
          <w:numId w:val="0"/>
        </w:numPr>
        <w:ind w:left="360"/>
      </w:pPr>
    </w:p>
    <w:p w14:paraId="13C7D895" w14:textId="6CDDB43F" w:rsidR="00124712" w:rsidRDefault="00000000">
      <w:pPr>
        <w:pStyle w:val="Listaconvietas"/>
      </w:pPr>
      <w:r>
        <w:t>0,45 dm = ......</w:t>
      </w:r>
      <w:r w:rsidR="00170FE6">
        <w:t>............</w:t>
      </w:r>
      <w:r>
        <w:t>.... mm</w:t>
      </w:r>
    </w:p>
    <w:p w14:paraId="0CD8C11C" w14:textId="77777777" w:rsidR="00170FE6" w:rsidRDefault="00170FE6" w:rsidP="00170FE6">
      <w:pPr>
        <w:pStyle w:val="Listaconvietas"/>
        <w:numPr>
          <w:ilvl w:val="0"/>
          <w:numId w:val="0"/>
        </w:numPr>
      </w:pPr>
    </w:p>
    <w:p w14:paraId="74CC8A77" w14:textId="11027DA9" w:rsidR="00124712" w:rsidRDefault="00000000">
      <w:pPr>
        <w:pStyle w:val="Listaconvietas"/>
      </w:pPr>
      <w:r>
        <w:t xml:space="preserve">25 </w:t>
      </w:r>
      <w:proofErr w:type="gramStart"/>
      <w:r>
        <w:t>dam</w:t>
      </w:r>
      <w:proofErr w:type="gramEnd"/>
      <w:r>
        <w:t xml:space="preserve"> = </w:t>
      </w:r>
      <w:r w:rsidR="00170FE6">
        <w:t>………….</w:t>
      </w:r>
      <w:r>
        <w:t>......... km</w:t>
      </w:r>
    </w:p>
    <w:p w14:paraId="2AEFE5F6" w14:textId="77777777" w:rsidR="00170FE6" w:rsidRDefault="00170FE6" w:rsidP="00170FE6">
      <w:pPr>
        <w:pStyle w:val="Listaconvietas"/>
        <w:numPr>
          <w:ilvl w:val="0"/>
          <w:numId w:val="0"/>
        </w:numPr>
        <w:ind w:left="360" w:hanging="360"/>
      </w:pPr>
    </w:p>
    <w:p w14:paraId="65E8FC3A" w14:textId="30290503" w:rsidR="00124712" w:rsidRDefault="00000000">
      <w:pPr>
        <w:pStyle w:val="Listaconvietas"/>
      </w:pPr>
      <w:r>
        <w:t xml:space="preserve">8,6 km = </w:t>
      </w:r>
      <w:r w:rsidR="00170FE6">
        <w:t>…………</w:t>
      </w:r>
      <w:r>
        <w:t>......... dam</w:t>
      </w:r>
    </w:p>
    <w:p w14:paraId="080B09D7" w14:textId="77777777" w:rsidR="00170FE6" w:rsidRDefault="00170FE6" w:rsidP="00170FE6">
      <w:pPr>
        <w:pStyle w:val="Listaconvietas"/>
        <w:numPr>
          <w:ilvl w:val="0"/>
          <w:numId w:val="0"/>
        </w:numPr>
        <w:ind w:left="360" w:hanging="360"/>
      </w:pPr>
    </w:p>
    <w:p w14:paraId="362126CC" w14:textId="77777777" w:rsidR="00124712" w:rsidRDefault="00000000">
      <w:pPr>
        <w:spacing w:before="100" w:after="40"/>
      </w:pPr>
      <w:r>
        <w:rPr>
          <w:b/>
        </w:rPr>
        <w:t>3. Ordena las longitudes siguientes de forma decreciente (3 puntos)</w:t>
      </w:r>
    </w:p>
    <w:p w14:paraId="30DA1EE7" w14:textId="77777777" w:rsidR="00124712" w:rsidRDefault="00000000">
      <w:r>
        <w:t>300 cm ; 33 dam ; 30 hm ; 3003 mm ; 3,3 km ; 303 dm</w:t>
      </w:r>
    </w:p>
    <w:p w14:paraId="50B44C2C" w14:textId="77777777" w:rsidR="00170FE6" w:rsidRDefault="00170FE6"/>
    <w:p w14:paraId="04F86370" w14:textId="77777777" w:rsidR="00170FE6" w:rsidRDefault="00170FE6"/>
    <w:p w14:paraId="77822421" w14:textId="77777777" w:rsidR="00170FE6" w:rsidRDefault="00170FE6"/>
    <w:p w14:paraId="47F62123" w14:textId="480B6082" w:rsidR="00124712" w:rsidRDefault="00000000">
      <w:r>
        <w:rPr>
          <w:b/>
          <w:sz w:val="24"/>
        </w:rPr>
        <w:t>III. Actividades geométricas (11 puntos)</w:t>
      </w:r>
    </w:p>
    <w:p w14:paraId="48621C26" w14:textId="77777777" w:rsidR="00124712" w:rsidRDefault="00000000">
      <w:pPr>
        <w:spacing w:before="100" w:after="40"/>
      </w:pPr>
      <w:r>
        <w:rPr>
          <w:b/>
        </w:rPr>
        <w:t>1. Observa la figura y determina (4 puntos)</w:t>
      </w:r>
    </w:p>
    <w:p w14:paraId="76DEAEE0" w14:textId="28A89921" w:rsidR="00124712" w:rsidRDefault="00170FE6">
      <w:r w:rsidRPr="00170FE6">
        <w:drawing>
          <wp:inline distT="0" distB="0" distL="0" distR="0" wp14:anchorId="67074E05" wp14:editId="3C9A00C7">
            <wp:extent cx="4076700" cy="2030658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6421" cy="20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B5BE" w14:textId="77777777" w:rsidR="00124712" w:rsidRDefault="00000000">
      <w:pPr>
        <w:pStyle w:val="Listaconvietas"/>
      </w:pPr>
      <w:r>
        <w:t>Dos rectas paralelas: .......... y ..........</w:t>
      </w:r>
    </w:p>
    <w:p w14:paraId="6F34294A" w14:textId="77777777" w:rsidR="00124712" w:rsidRDefault="00000000">
      <w:pPr>
        <w:pStyle w:val="Listaconvietas"/>
      </w:pPr>
      <w:r>
        <w:t>Dos rectas perpendiculares: .......... y ..........</w:t>
      </w:r>
    </w:p>
    <w:p w14:paraId="3F20F1F8" w14:textId="77777777" w:rsidR="00124712" w:rsidRDefault="00000000">
      <w:pPr>
        <w:spacing w:before="100" w:after="40"/>
      </w:pPr>
      <w:r>
        <w:rPr>
          <w:b/>
        </w:rPr>
        <w:t>2. Completa la tabla con el dibujo adecuado (4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124712" w14:paraId="239908C9" w14:textId="77777777">
        <w:trPr>
          <w:jc w:val="center"/>
        </w:trPr>
        <w:tc>
          <w:tcPr>
            <w:tcW w:w="2635" w:type="dxa"/>
          </w:tcPr>
          <w:p w14:paraId="6DEF9B1F" w14:textId="77777777" w:rsidR="00124712" w:rsidRDefault="00000000">
            <w:r>
              <w:t>Ángulo agudo</w:t>
            </w:r>
          </w:p>
        </w:tc>
        <w:tc>
          <w:tcPr>
            <w:tcW w:w="2635" w:type="dxa"/>
          </w:tcPr>
          <w:p w14:paraId="1C1EE0E9" w14:textId="77777777" w:rsidR="00124712" w:rsidRDefault="00000000">
            <w:r>
              <w:t>Ángulo recto</w:t>
            </w:r>
          </w:p>
        </w:tc>
        <w:tc>
          <w:tcPr>
            <w:tcW w:w="2635" w:type="dxa"/>
          </w:tcPr>
          <w:p w14:paraId="67A70CCE" w14:textId="77777777" w:rsidR="00124712" w:rsidRDefault="00000000">
            <w:r>
              <w:t>Ángulo obtuso</w:t>
            </w:r>
          </w:p>
        </w:tc>
        <w:tc>
          <w:tcPr>
            <w:tcW w:w="2635" w:type="dxa"/>
          </w:tcPr>
          <w:p w14:paraId="0EA32397" w14:textId="77777777" w:rsidR="00124712" w:rsidRDefault="00000000">
            <w:r>
              <w:t>Ángulo llano</w:t>
            </w:r>
          </w:p>
        </w:tc>
      </w:tr>
      <w:tr w:rsidR="00124712" w14:paraId="618EFBF3" w14:textId="77777777">
        <w:trPr>
          <w:jc w:val="center"/>
        </w:trPr>
        <w:tc>
          <w:tcPr>
            <w:tcW w:w="2635" w:type="dxa"/>
          </w:tcPr>
          <w:p w14:paraId="5EC348EE" w14:textId="77777777" w:rsidR="00170FE6" w:rsidRDefault="00000000">
            <w:r>
              <w:br/>
            </w:r>
            <w:r>
              <w:br/>
            </w:r>
          </w:p>
          <w:p w14:paraId="7D9D572E" w14:textId="77777777" w:rsidR="00170FE6" w:rsidRDefault="00170FE6"/>
          <w:p w14:paraId="182B6400" w14:textId="77777777" w:rsidR="00170FE6" w:rsidRDefault="00170FE6"/>
          <w:p w14:paraId="12C2CB88" w14:textId="77777777" w:rsidR="00170FE6" w:rsidRDefault="00170FE6"/>
          <w:p w14:paraId="15A3CAC7" w14:textId="77777777" w:rsidR="00170FE6" w:rsidRDefault="00170FE6"/>
          <w:p w14:paraId="739A9DCE" w14:textId="77777777" w:rsidR="00170FE6" w:rsidRDefault="00170FE6"/>
          <w:p w14:paraId="072D9E6D" w14:textId="77777777" w:rsidR="00170FE6" w:rsidRDefault="00170FE6"/>
          <w:p w14:paraId="40F2D1F3" w14:textId="0DA4D28A" w:rsidR="00124712" w:rsidRDefault="00000000">
            <w:r>
              <w:br/>
            </w:r>
          </w:p>
        </w:tc>
        <w:tc>
          <w:tcPr>
            <w:tcW w:w="2635" w:type="dxa"/>
          </w:tcPr>
          <w:p w14:paraId="3E6D2354" w14:textId="77777777" w:rsidR="00124712" w:rsidRDefault="00000000"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7BF1355D" w14:textId="77777777" w:rsidR="00124712" w:rsidRDefault="00000000"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6F99278B" w14:textId="77777777" w:rsidR="00124712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45648E3E" w14:textId="77777777" w:rsidR="00124712" w:rsidRDefault="00000000">
      <w:pPr>
        <w:spacing w:before="100" w:after="40"/>
        <w:rPr>
          <w:b/>
        </w:rPr>
      </w:pPr>
      <w:r>
        <w:rPr>
          <w:b/>
        </w:rPr>
        <w:lastRenderedPageBreak/>
        <w:t>3. Construye un rectángulo ABCD tal que AB = 4 cm y BC = 2 cm (3 puntos)</w:t>
      </w:r>
    </w:p>
    <w:p w14:paraId="76130754" w14:textId="77777777" w:rsidR="00170FE6" w:rsidRDefault="00170FE6">
      <w:pPr>
        <w:spacing w:before="100" w:after="40"/>
        <w:rPr>
          <w:b/>
        </w:rPr>
      </w:pPr>
    </w:p>
    <w:p w14:paraId="37C5592F" w14:textId="77777777" w:rsidR="00170FE6" w:rsidRDefault="00170FE6">
      <w:pPr>
        <w:spacing w:before="100" w:after="40"/>
        <w:rPr>
          <w:b/>
        </w:rPr>
      </w:pPr>
    </w:p>
    <w:p w14:paraId="46E14F16" w14:textId="77777777" w:rsidR="00170FE6" w:rsidRDefault="00170FE6">
      <w:pPr>
        <w:spacing w:before="100" w:after="40"/>
        <w:rPr>
          <w:b/>
        </w:rPr>
      </w:pPr>
    </w:p>
    <w:p w14:paraId="473D7878" w14:textId="77777777" w:rsidR="00170FE6" w:rsidRDefault="00170FE6">
      <w:pPr>
        <w:spacing w:before="100" w:after="40"/>
        <w:rPr>
          <w:b/>
        </w:rPr>
      </w:pPr>
    </w:p>
    <w:p w14:paraId="63371C92" w14:textId="77777777" w:rsidR="00170FE6" w:rsidRDefault="00170FE6">
      <w:pPr>
        <w:spacing w:before="100" w:after="40"/>
        <w:rPr>
          <w:b/>
        </w:rPr>
      </w:pPr>
    </w:p>
    <w:p w14:paraId="1A55E086" w14:textId="77777777" w:rsidR="00170FE6" w:rsidRDefault="00170FE6">
      <w:pPr>
        <w:spacing w:before="100" w:after="40"/>
      </w:pPr>
    </w:p>
    <w:sectPr w:rsidR="00170FE6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3001844">
    <w:abstractNumId w:val="8"/>
  </w:num>
  <w:num w:numId="2" w16cid:durableId="608391374">
    <w:abstractNumId w:val="6"/>
  </w:num>
  <w:num w:numId="3" w16cid:durableId="303436413">
    <w:abstractNumId w:val="5"/>
  </w:num>
  <w:num w:numId="4" w16cid:durableId="687365100">
    <w:abstractNumId w:val="4"/>
  </w:num>
  <w:num w:numId="5" w16cid:durableId="595795489">
    <w:abstractNumId w:val="7"/>
  </w:num>
  <w:num w:numId="6" w16cid:durableId="652025680">
    <w:abstractNumId w:val="3"/>
  </w:num>
  <w:num w:numId="7" w16cid:durableId="381027156">
    <w:abstractNumId w:val="2"/>
  </w:num>
  <w:num w:numId="8" w16cid:durableId="706830779">
    <w:abstractNumId w:val="1"/>
  </w:num>
  <w:num w:numId="9" w16cid:durableId="72379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712"/>
    <w:rsid w:val="0015074B"/>
    <w:rsid w:val="00170FE6"/>
    <w:rsid w:val="0029639D"/>
    <w:rsid w:val="00326F90"/>
    <w:rsid w:val="00AA1D8D"/>
    <w:rsid w:val="00B1534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D7E6C"/>
  <w14:defaultImageDpi w14:val="300"/>
  <w15:docId w15:val="{AFDC018E-AB44-4136-BE50-CB0099B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2026-06-29T15:17:00Z</dcterms:modified>
  <cp:category/>
</cp:coreProperties>
</file>