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Kalaa Beni Routen — Ouezzane 2017 — Corrección</w:t>
      </w:r>
    </w:p>
    <w:p>
      <w:pPr>
        <w:jc w:val="center"/>
      </w:pPr>
      <w:r>
        <w:rPr>
          <w:i/>
          <w:sz w:val="20"/>
        </w:rPr>
        <w:t>Examen local de Matemáticas — 6.º Primaria</w:t>
      </w:r>
    </w:p>
    <w:p>
      <w:pPr/>
      <w:r>
        <w:t>Nombre y apellidos: ..........................................................    Nº examen: ..........</w:t>
      </w:r>
    </w:p>
    <w:p>
      <w:pPr/>
      <w:r>
        <w:t>Duración: 1 hora y media</w:t>
      </w:r>
    </w:p>
    <w:p>
      <w:r>
        <w:rPr>
          <w:b/>
          <w:sz w:val="24"/>
        </w:rPr>
        <w:t>Actividades numéricas</w:t>
      </w:r>
    </w:p>
    <w:p>
      <w:r>
        <w:t>1526,5 + 23,3 = 1549,8</w:t>
      </w:r>
    </w:p>
    <w:p>
      <w:r>
        <w:t>1249,5 - 878 = 371,5</w:t>
      </w:r>
    </w:p>
    <w:p>
      <w:r>
        <w:t>56,05 x 6,4 = 358,72</w:t>
      </w:r>
    </w:p>
    <w:p>
      <w:r>
        <w:t>24636 : 12 = 2053</w:t>
      </w:r>
    </w:p>
    <w:p>
      <w:r>
        <w:t>Divisores de 24: 1, 2, 3, 4, 6, 8, 12 y 24.</w:t>
      </w:r>
    </w:p>
    <w:p>
      <w:r>
        <w:t>Múltiplos de 12 entre 30 y 100: 36, 48, 60, 72, 84 y 96.</w:t>
      </w:r>
    </w:p>
    <w:p>
      <w:r>
        <w:t>Orden creciente: 0,125 &lt; 0,5 &lt; 0,52 &lt; 1,52 &lt; 5,22 &lt; 5,5.</w:t>
      </w:r>
    </w:p>
    <w:p>
      <w:r>
        <w:rPr>
          <w:b/>
          <w:sz w:val="24"/>
        </w:rPr>
        <w:t>Geometría</w:t>
      </w:r>
    </w:p>
    <w:p>
      <w:r>
        <w:t>Se construye el ángulo AÔB.</w:t>
      </w:r>
    </w:p>
    <w:p>
      <w:r>
        <w:t>Se construye la semirrecta [OM), bisectriz del ángulo AÔB.</w:t>
      </w:r>
    </w:p>
    <w:p>
      <w:r>
        <w:t>AÔM = 80° : 2 = 40°.</w:t>
      </w:r>
    </w:p>
    <w:p>
      <w:r>
        <w:t>Se dibuja la recta (D) y el punto N exterior.</w:t>
      </w:r>
    </w:p>
    <w:p>
      <w:r>
        <w:t>Se dibuja (L) perpendicular a (D) pasando por N.</w:t>
      </w:r>
    </w:p>
    <w:p>
      <w:r>
        <w:t>Se dibuja (K) perpendicular a (L) pasando por N.</w:t>
      </w:r>
    </w:p>
    <w:p>
      <w:r>
        <w:t>Las rectas (D) y (K) son paralelas.</w:t>
      </w:r>
    </w:p>
    <w:p>
      <w:r>
        <w:rPr>
          <w:b/>
          <w:sz w:val="24"/>
        </w:rPr>
        <w:t>Medida</w:t>
      </w:r>
    </w:p>
    <w:p>
      <w:r>
        <w:t>5,85 dm = 585 mm</w:t>
      </w:r>
    </w:p>
    <w:p>
      <w:r>
        <w:t>15 hm 8 m = 1,508 km</w:t>
      </w:r>
    </w:p>
    <w:p>
      <w:r>
        <w:t>15,48 q = 1548 kg</w:t>
      </w:r>
    </w:p>
    <w:p>
      <w:r>
        <w:t>15,04 dag 0,7 g = 151,1 g</w:t>
      </w:r>
    </w:p>
    <w:p>
      <w:r>
        <w:rPr>
          <w:b/>
          <w:sz w:val="24"/>
        </w:rPr>
        <w:t>Problema</w:t>
      </w:r>
    </w:p>
    <w:p>
      <w:r>
        <w:t>Tiempo para llenar media piscina: 12 : 2 = 6 horas.</w:t>
      </w:r>
    </w:p>
    <w:p>
      <w:r>
        <w:t>Cantidad de agua para llenar 2/4 de la piscina: 60000 : 4 = 15000; 15000 x 2 = 30000 L.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