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Kalaa Beni Routen — Ouezzane 2013 — Corrección</w:t>
      </w:r>
    </w:p>
    <w:p>
      <w:pPr>
        <w:jc w:val="center"/>
      </w:pPr>
      <w:r>
        <w:rPr>
          <w:i/>
          <w:sz w:val="20"/>
        </w:rPr>
        <w:t>Examen local de Matemáticas — 6.º Primaria</w:t>
      </w:r>
    </w:p>
    <w:p>
      <w:pPr/>
      <w:r>
        <w:t>Nombre y apellidos: ..........................................................    Nº examen: ..........</w:t>
      </w:r>
    </w:p>
    <w:p>
      <w:pPr/>
      <w:r>
        <w:t>Duración: 1 hora y media</w:t>
      </w:r>
    </w:p>
    <w:p>
      <w:r>
        <w:rPr>
          <w:b/>
          <w:sz w:val="24"/>
        </w:rPr>
        <w:t>Ejercicio 1</w:t>
      </w:r>
    </w:p>
    <w:p>
      <w:r>
        <w:t>2864,24 + 174,5 = 3038,74</w:t>
      </w:r>
    </w:p>
    <w:p>
      <w:r>
        <w:t>2058,6 - 314,12 = 1744,48</w:t>
      </w:r>
    </w:p>
    <w:p>
      <w:r>
        <w:t>56,23 x 6,4 = 359,872</w:t>
      </w:r>
    </w:p>
    <w:p>
      <w:r>
        <w:t>48102 : 24 = 2004,25</w:t>
      </w:r>
    </w:p>
    <w:p>
      <w:r>
        <w:rPr>
          <w:b/>
          <w:sz w:val="24"/>
        </w:rPr>
        <w:t>Ejercicio 2</w:t>
      </w:r>
    </w:p>
    <w:p>
      <w:r>
        <w:t>13 km 25 dam = 13250 m</w:t>
      </w:r>
    </w:p>
    <w:p>
      <w:r>
        <w:t>56,13 m = 5613 cm</w:t>
      </w:r>
    </w:p>
    <w:p>
      <w:r>
        <w:t>23,7 dag 42 dg = 241,2 g</w:t>
      </w:r>
    </w:p>
    <w:p>
      <w:r>
        <w:t>8 kg 5 hg = 8500 g</w:t>
      </w:r>
    </w:p>
    <w:p>
      <w:r>
        <w:rPr>
          <w:b/>
          <w:sz w:val="24"/>
        </w:rPr>
        <w:t>Ejercicio 3</w:t>
      </w:r>
    </w:p>
    <w:p>
      <w:r>
        <w:t>Divisores de 24: 1, 2, 3, 4, 6, 8, 12, 24.</w:t>
      </w:r>
    </w:p>
    <w:p>
      <w:r>
        <w:t>Divisores de 30: 1, 2, 3, 5, 6, 10, 15, 30.</w:t>
      </w:r>
    </w:p>
    <w:p>
      <w:r>
        <w:t>Divisores comunes de 24 y 30: 1, 2, 3, 6.</w:t>
      </w:r>
    </w:p>
    <w:p>
      <w:r>
        <w:rPr>
          <w:b/>
          <w:sz w:val="24"/>
        </w:rPr>
        <w:t>Ejercicio 4</w:t>
      </w:r>
    </w:p>
    <w:p>
      <w:r>
        <w:t>Distancia restante: 35 - 16,5 = 18,5 km.</w:t>
      </w:r>
    </w:p>
    <w:p>
      <w:r>
        <w:t>Distancia al punto medio: (35 : 2) - 16,5 = 17,5 - 16,5 = 1 km.</w:t>
      </w:r>
    </w:p>
    <w:p>
      <w:r>
        <w:rPr>
          <w:b/>
          <w:sz w:val="24"/>
        </w:rPr>
        <w:t>Ejercicio 5</w:t>
      </w:r>
    </w:p>
    <w:p>
      <w:r>
        <w:t>1) Se acepta todo dibujo que respete las condiciones pedidas.</w:t>
      </w:r>
    </w:p>
    <w:p>
      <w:r>
        <w:t>2) Ángulo A = 180° - (90° + 50°) = 40°.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