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local normalizado - Kalaa Beni Routen, Ouezzane (2012)</w:t>
      </w:r>
    </w:p>
    <w:p>
      <w:pPr>
        <w:jc w:val="center"/>
      </w:pPr>
      <w:r>
        <w:rPr>
          <w:i/>
          <w:sz w:val="20"/>
        </w:rPr>
        <w:t>Matemáticas - 6.º Primaria - Corrección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Nombre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Grupo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Fecha</w:t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  <w:tc>
          <w:tcPr>
            <w:tcW w:type="dxa" w:w="2635"/>
            <w:vAlign w:val="center"/>
          </w:tcPr>
          <w:p>
            <w:pPr>
              <w:spacing w:after="0"/>
            </w:pPr>
            <w:r>
              <w:rPr>
                <w:sz w:val="18"/>
              </w:rPr>
            </w:r>
          </w:p>
        </w:tc>
      </w:tr>
    </w:tbl>
    <w:p/>
    <w:p>
      <w:r>
        <w:rPr>
          <w:b/>
          <w:sz w:val="24"/>
        </w:rPr>
        <w:t>Ejercicio 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8170,65 + 134,5</w:t>
            </w:r>
          </w:p>
        </w:tc>
        <w:tc>
          <w:tcPr>
            <w:tcW w:type="dxa" w:w="5270"/>
          </w:tcPr>
          <w:p>
            <w:r>
              <w:t>8305,15</w:t>
            </w:r>
          </w:p>
        </w:tc>
      </w:tr>
      <w:tr>
        <w:tc>
          <w:tcPr>
            <w:tcW w:type="dxa" w:w="5270"/>
          </w:tcPr>
          <w:p>
            <w:r>
              <w:t>1382,7 - 297,31</w:t>
            </w:r>
          </w:p>
        </w:tc>
        <w:tc>
          <w:tcPr>
            <w:tcW w:type="dxa" w:w="5270"/>
          </w:tcPr>
          <w:p>
            <w:r>
              <w:t>1085,39</w:t>
            </w:r>
          </w:p>
        </w:tc>
      </w:tr>
      <w:tr>
        <w:tc>
          <w:tcPr>
            <w:tcW w:type="dxa" w:w="5270"/>
          </w:tcPr>
          <w:p>
            <w:r>
              <w:t>76,25 x 4,6</w:t>
            </w:r>
          </w:p>
        </w:tc>
        <w:tc>
          <w:tcPr>
            <w:tcW w:type="dxa" w:w="5270"/>
          </w:tcPr>
          <w:p>
            <w:r>
              <w:t>350,75</w:t>
            </w:r>
          </w:p>
        </w:tc>
      </w:tr>
      <w:tr>
        <w:tc>
          <w:tcPr>
            <w:tcW w:type="dxa" w:w="5270"/>
          </w:tcPr>
          <w:p>
            <w:r>
              <w:t>64182 : 25</w:t>
            </w:r>
          </w:p>
        </w:tc>
        <w:tc>
          <w:tcPr>
            <w:tcW w:type="dxa" w:w="5270"/>
          </w:tcPr>
          <w:p>
            <w:r>
              <w:t>2567,28</w:t>
            </w:r>
          </w:p>
        </w:tc>
      </w:tr>
    </w:tbl>
    <w:p>
      <w:r>
        <w:rPr>
          <w:b/>
          <w:sz w:val="24"/>
        </w:rPr>
        <w:t>Ejercicio 2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27 hm 19 dam</w:t>
            </w:r>
          </w:p>
        </w:tc>
        <w:tc>
          <w:tcPr>
            <w:tcW w:type="dxa" w:w="5270"/>
          </w:tcPr>
          <w:p>
            <w:r>
              <w:t>2890 m</w:t>
            </w:r>
          </w:p>
        </w:tc>
      </w:tr>
      <w:tr>
        <w:tc>
          <w:tcPr>
            <w:tcW w:type="dxa" w:w="5270"/>
          </w:tcPr>
          <w:p>
            <w:r>
              <w:t>86,25 m</w:t>
            </w:r>
          </w:p>
        </w:tc>
        <w:tc>
          <w:tcPr>
            <w:tcW w:type="dxa" w:w="5270"/>
          </w:tcPr>
          <w:p>
            <w:r>
              <w:t>86250 mm</w:t>
            </w:r>
          </w:p>
        </w:tc>
      </w:tr>
      <w:tr>
        <w:tc>
          <w:tcPr>
            <w:tcW w:type="dxa" w:w="5270"/>
          </w:tcPr>
          <w:p>
            <w:r>
              <w:t>65,2 dag 30 dg</w:t>
            </w:r>
          </w:p>
        </w:tc>
        <w:tc>
          <w:tcPr>
            <w:tcW w:type="dxa" w:w="5270"/>
          </w:tcPr>
          <w:p>
            <w:r>
              <w:t>65500 cg</w:t>
            </w:r>
          </w:p>
        </w:tc>
      </w:tr>
      <w:tr>
        <w:tc>
          <w:tcPr>
            <w:tcW w:type="dxa" w:w="5270"/>
          </w:tcPr>
          <w:p>
            <w:r>
              <w:t>5 kg 6 hg</w:t>
            </w:r>
          </w:p>
        </w:tc>
        <w:tc>
          <w:tcPr>
            <w:tcW w:type="dxa" w:w="5270"/>
          </w:tcPr>
          <w:p>
            <w:r>
              <w:t>5600 g</w:t>
            </w:r>
          </w:p>
        </w:tc>
      </w:tr>
    </w:tbl>
    <w:p>
      <w:r>
        <w:rPr>
          <w:b/>
          <w:sz w:val="24"/>
        </w:rPr>
        <w:t>Ejercicio 3</w:t>
      </w:r>
    </w:p>
    <w:p>
      <w:pPr>
        <w:pStyle w:val="ListBullet"/>
      </w:pPr>
      <w:r>
        <w:t>Divisores de 18: 1, 2, 3, 6, 9, 18.</w:t>
      </w:r>
    </w:p>
    <w:p>
      <w:pPr>
        <w:pStyle w:val="ListBullet"/>
      </w:pPr>
      <w:r>
        <w:t>Divisores de 24: 1, 2, 3, 4, 6, 8, 12, 24.</w:t>
      </w:r>
    </w:p>
    <w:p>
      <w:pPr>
        <w:pStyle w:val="ListBullet"/>
      </w:pPr>
      <w:r>
        <w:t>Divisores comunes de 18 y 24: 1, 2, 3, 6.</w:t>
      </w:r>
    </w:p>
    <w:p>
      <w:r>
        <w:rPr>
          <w:b/>
          <w:sz w:val="24"/>
        </w:rPr>
        <w:t>Ejercicio 4</w:t>
      </w:r>
    </w:p>
    <w:p>
      <w:pPr>
        <w:pStyle w:val="ListBullet"/>
      </w:pPr>
      <w:r>
        <w:t>Grosor de un libro de 1000 hojas: 1000 x 0,00005 m = 0,05 m.</w:t>
      </w:r>
    </w:p>
    <w:p>
      <w:pPr>
        <w:pStyle w:val="ListBullet"/>
      </w:pPr>
      <w:r>
        <w:t>Altura de 500 libros: 0,05 m x 500 = 25 m.</w:t>
      </w:r>
    </w:p>
    <w:p>
      <w:r>
        <w:rPr>
          <w:b/>
          <w:sz w:val="24"/>
        </w:rPr>
        <w:t>Ejercicio 5</w:t>
      </w:r>
    </w:p>
    <w:p>
      <w:r>
        <w:t>Se dibuja el triángulo con las herramientas geométricas adecuadas y respetando las medidas pedidas.</w:t>
      </w:r>
    </w:p>
    <w:p>
      <w:r>
        <w:t>Medida del ángulo C: 180° - (90° + 55°) = 35°.</w:t>
      </w:r>
    </w:p>
    <w:p>
      <w:r>
        <w:t>Se dibujan correctamente dos rectas paralelas usando regla y escuadra.</w:t>
      </w:r>
    </w:p>
    <w:sectPr w:rsidR="00FC693F" w:rsidRPr="0006063C" w:rsidSect="00034616"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