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745"/>
        <w:gridCol w:w="2745"/>
        <w:gridCol w:w="2746"/>
        <w:gridCol w:w="2746"/>
      </w:tblGrid>
      <w:tr w:rsidR="00E97CBB" w14:paraId="3EB24916" w14:textId="77777777">
        <w:trPr>
          <w:jc w:val="center"/>
        </w:trPr>
        <w:tc>
          <w:tcPr>
            <w:tcW w:w="9072" w:type="dxa"/>
            <w:gridSpan w:val="4"/>
            <w:shd w:val="clear" w:color="auto" w:fill="D9EAF7"/>
            <w:vAlign w:val="center"/>
          </w:tcPr>
          <w:p w14:paraId="5F78F740" w14:textId="77777777" w:rsidR="00E97CBB" w:rsidRDefault="00000000">
            <w:pPr>
              <w:jc w:val="center"/>
            </w:pPr>
            <w:r>
              <w:rPr>
                <w:b/>
                <w:sz w:val="20"/>
              </w:rPr>
              <w:t>Matemáticas - 6.º Primaria - Control 2 - Segundo semestre - Modelo 8</w:t>
            </w:r>
          </w:p>
        </w:tc>
      </w:tr>
      <w:tr w:rsidR="00E97CBB" w14:paraId="01E8CF18" w14:textId="77777777">
        <w:trPr>
          <w:jc w:val="center"/>
        </w:trPr>
        <w:tc>
          <w:tcPr>
            <w:tcW w:w="2268" w:type="dxa"/>
            <w:vAlign w:val="center"/>
          </w:tcPr>
          <w:p w14:paraId="58AAADFA" w14:textId="77777777" w:rsidR="00E97CBB" w:rsidRDefault="00000000">
            <w:r>
              <w:rPr>
                <w:b/>
                <w:sz w:val="20"/>
              </w:rPr>
              <w:t>Nombre y apellidos</w:t>
            </w:r>
          </w:p>
        </w:tc>
        <w:tc>
          <w:tcPr>
            <w:tcW w:w="2268" w:type="dxa"/>
            <w:vAlign w:val="center"/>
          </w:tcPr>
          <w:p w14:paraId="26E1399F" w14:textId="77777777" w:rsidR="00E97CBB" w:rsidRDefault="00000000">
            <w:r>
              <w:rPr>
                <w:b/>
                <w:sz w:val="20"/>
              </w:rPr>
              <w:t>Curso / grupo</w:t>
            </w:r>
          </w:p>
        </w:tc>
        <w:tc>
          <w:tcPr>
            <w:tcW w:w="2268" w:type="dxa"/>
            <w:vAlign w:val="center"/>
          </w:tcPr>
          <w:p w14:paraId="296C4E86" w14:textId="77777777" w:rsidR="00E97CBB" w:rsidRDefault="00000000">
            <w:r>
              <w:rPr>
                <w:b/>
                <w:sz w:val="20"/>
              </w:rPr>
              <w:t>Fecha</w:t>
            </w:r>
          </w:p>
        </w:tc>
        <w:tc>
          <w:tcPr>
            <w:tcW w:w="2268" w:type="dxa"/>
            <w:vAlign w:val="center"/>
          </w:tcPr>
          <w:p w14:paraId="3B0D2247" w14:textId="77777777" w:rsidR="00E97CBB" w:rsidRDefault="00000000">
            <w:r>
              <w:rPr>
                <w:b/>
                <w:sz w:val="20"/>
              </w:rPr>
              <w:t>Nota</w:t>
            </w:r>
          </w:p>
        </w:tc>
      </w:tr>
      <w:tr w:rsidR="00E97CBB" w14:paraId="5349BF14" w14:textId="77777777">
        <w:trPr>
          <w:jc w:val="center"/>
        </w:trPr>
        <w:tc>
          <w:tcPr>
            <w:tcW w:w="2268" w:type="dxa"/>
            <w:vAlign w:val="center"/>
          </w:tcPr>
          <w:p w14:paraId="5B5D8244" w14:textId="77777777" w:rsidR="00E97CBB" w:rsidRDefault="00000000">
            <w:r>
              <w:rPr>
                <w:sz w:val="20"/>
              </w:rPr>
              <w:t>................................................................</w:t>
            </w:r>
          </w:p>
        </w:tc>
        <w:tc>
          <w:tcPr>
            <w:tcW w:w="2268" w:type="dxa"/>
            <w:vAlign w:val="center"/>
          </w:tcPr>
          <w:p w14:paraId="2D5B4D8A" w14:textId="77777777" w:rsidR="00E97CBB" w:rsidRDefault="00000000">
            <w:r>
              <w:rPr>
                <w:sz w:val="20"/>
              </w:rPr>
              <w:t>................................................................</w:t>
            </w:r>
          </w:p>
        </w:tc>
        <w:tc>
          <w:tcPr>
            <w:tcW w:w="2268" w:type="dxa"/>
            <w:vAlign w:val="center"/>
          </w:tcPr>
          <w:p w14:paraId="22BA61A7" w14:textId="77777777" w:rsidR="00E97CBB" w:rsidRDefault="00000000">
            <w:r>
              <w:rPr>
                <w:sz w:val="20"/>
              </w:rPr>
              <w:t>................................................................</w:t>
            </w:r>
          </w:p>
        </w:tc>
        <w:tc>
          <w:tcPr>
            <w:tcW w:w="2268" w:type="dxa"/>
            <w:vAlign w:val="center"/>
          </w:tcPr>
          <w:p w14:paraId="6341182F" w14:textId="77777777" w:rsidR="00E97CBB" w:rsidRDefault="00000000">
            <w:r>
              <w:rPr>
                <w:sz w:val="20"/>
              </w:rPr>
              <w:t>................................................................</w:t>
            </w:r>
          </w:p>
        </w:tc>
      </w:tr>
    </w:tbl>
    <w:p w14:paraId="4F3453B5" w14:textId="77777777" w:rsidR="00E97CBB" w:rsidRDefault="00E97CBB"/>
    <w:p w14:paraId="257C20BF" w14:textId="77777777" w:rsidR="00E97CBB" w:rsidRDefault="00000000">
      <w:pPr>
        <w:pStyle w:val="Ttulo1"/>
      </w:pPr>
      <w:r>
        <w:t>I. Números y cálculo</w:t>
      </w:r>
    </w:p>
    <w:p w14:paraId="2600F8A2" w14:textId="77777777" w:rsidR="00E97CBB" w:rsidRDefault="00000000">
      <w:r>
        <w:t>1. Ordena los números siguientes de forma decreciente:</w:t>
      </w:r>
    </w:p>
    <w:p w14:paraId="0E4F3001" w14:textId="77777777" w:rsidR="00E97CBB" w:rsidRDefault="00000000">
      <w:r>
        <w:t>5 ; 5/2 ; 5,02 ; 15/4 ; 29/5</w:t>
      </w:r>
    </w:p>
    <w:p w14:paraId="0EF13EFA" w14:textId="77777777" w:rsidR="00E97CBB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5809C187" w14:textId="77777777" w:rsidR="00E97CBB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0952478A" w14:textId="77777777" w:rsidR="00E97CBB" w:rsidRDefault="00000000">
      <w:r>
        <w:t>2. Coloca y calcula:</w:t>
      </w:r>
    </w:p>
    <w:p w14:paraId="348F3766" w14:textId="77777777" w:rsidR="00E97CBB" w:rsidRDefault="00000000">
      <w:r>
        <w:t>(9863 + 156,094) - 387,78</w:t>
      </w:r>
    </w:p>
    <w:p w14:paraId="754D1BB8" w14:textId="77777777" w:rsidR="00E97CBB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2A2D4F9E" w14:textId="77777777" w:rsidR="00E97CBB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275417EC" w14:textId="77777777" w:rsidR="00E97CBB" w:rsidRDefault="00000000">
      <w:r>
        <w:t>3. 185,06 x 67,3</w:t>
      </w:r>
    </w:p>
    <w:p w14:paraId="60268310" w14:textId="77777777" w:rsidR="00E97CBB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407EDDD8" w14:textId="77777777" w:rsidR="00E97CBB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5E1189EC" w14:textId="77777777" w:rsidR="00E97CBB" w:rsidRDefault="00000000">
      <w:r>
        <w:t>4. 539,57 + 79</w:t>
      </w:r>
    </w:p>
    <w:p w14:paraId="61E5167F" w14:textId="77777777" w:rsidR="00E97CBB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2C9CF854" w14:textId="77777777" w:rsidR="00E97CBB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1CEF8177" w14:textId="77777777" w:rsidR="00E97CBB" w:rsidRDefault="00000000">
      <w:r>
        <w:t>5. Calcula:</w:t>
      </w:r>
    </w:p>
    <w:p w14:paraId="2B4668A1" w14:textId="77777777" w:rsidR="00E97CBB" w:rsidRDefault="00000000">
      <w:r>
        <w:t>(1/3 + 7) x (6,2 - 24/5)</w:t>
      </w:r>
    </w:p>
    <w:p w14:paraId="4728BD62" w14:textId="77777777" w:rsidR="00E97CBB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00F62ABA" w14:textId="77777777" w:rsidR="00E97CBB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7ED1D80A" w14:textId="77777777" w:rsidR="00E97CBB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5359F9DC" w14:textId="77777777" w:rsidR="00E97CBB" w:rsidRDefault="00000000">
      <w:r>
        <w:t>6. Problema. Una persona depositó una cantidad de dinero en un banco durante un año completo con una tasa anual del 9 %. Al cabo del año comprobó que el interés obtenido fue de 4563 dh. Calcula el capital depositado.</w:t>
      </w:r>
    </w:p>
    <w:p w14:paraId="3DD34676" w14:textId="77777777" w:rsidR="00E97CBB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6D42F907" w14:textId="77777777" w:rsidR="00E97CBB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3D586B6B" w14:textId="77777777" w:rsidR="00E97CBB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041DB4AD" w14:textId="77777777" w:rsidR="00E97CBB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02A90B4C" w14:textId="77777777" w:rsidR="00E97CBB" w:rsidRDefault="00000000">
      <w:pPr>
        <w:pStyle w:val="Ttulo1"/>
      </w:pPr>
      <w:r>
        <w:t>II. Geometría</w:t>
      </w:r>
    </w:p>
    <w:p w14:paraId="2A2309CC" w14:textId="77777777" w:rsidR="00E97CBB" w:rsidRDefault="00000000">
      <w:r>
        <w:t>7. Construye un ángulo AÔB de 75°.</w:t>
      </w:r>
    </w:p>
    <w:p w14:paraId="1D3BB0E1" w14:textId="77777777" w:rsidR="00E97CBB" w:rsidRDefault="00000000">
      <w:r>
        <w:t>8. Dibuja un paralelogramo ABCD tal que AB = 3 cm, AD = 3 cm y BÂD = 105°.</w:t>
      </w:r>
    </w:p>
    <w:p w14:paraId="005967F4" w14:textId="77777777" w:rsidR="00FF1442" w:rsidRDefault="00FF1442"/>
    <w:p w14:paraId="04A8DB58" w14:textId="77777777" w:rsidR="00FF1442" w:rsidRDefault="00FF1442"/>
    <w:p w14:paraId="01F6170A" w14:textId="77777777" w:rsidR="00FF1442" w:rsidRDefault="00FF1442"/>
    <w:p w14:paraId="6C971E80" w14:textId="77777777" w:rsidR="00FF1442" w:rsidRDefault="00FF1442"/>
    <w:p w14:paraId="6F571324" w14:textId="77777777" w:rsidR="00FF1442" w:rsidRDefault="00FF1442"/>
    <w:p w14:paraId="0CEFBA7E" w14:textId="77777777" w:rsidR="00FF1442" w:rsidRDefault="00FF1442"/>
    <w:p w14:paraId="15FD6316" w14:textId="77777777" w:rsidR="00E97CBB" w:rsidRDefault="00000000">
      <w:r>
        <w:lastRenderedPageBreak/>
        <w:t>9. En una hoja cuadriculada, construye la figura simétrica respecto de la recta (L).</w:t>
      </w:r>
    </w:p>
    <w:p w14:paraId="34CEF113" w14:textId="77777777" w:rsidR="00E97CBB" w:rsidRDefault="00000000">
      <w:r>
        <w:rPr>
          <w:i/>
          <w:sz w:val="18"/>
        </w:rPr>
        <w:t>Figura para la simetría axial.</w:t>
      </w:r>
    </w:p>
    <w:p w14:paraId="02033495" w14:textId="1585A478" w:rsidR="00E97CBB" w:rsidRDefault="00FF1442">
      <w:pPr>
        <w:jc w:val="center"/>
      </w:pPr>
      <w:r w:rsidRPr="00FF1442">
        <w:drawing>
          <wp:inline distT="0" distB="0" distL="0" distR="0" wp14:anchorId="4303435F" wp14:editId="5BC08BD0">
            <wp:extent cx="6836410" cy="1903095"/>
            <wp:effectExtent l="0" t="0" r="254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4E0F7" w14:textId="77777777" w:rsidR="00E97CBB" w:rsidRDefault="00000000">
      <w:r>
        <w:t>10. Problema. Una persona compró la parcela ABCD. Sabiendo que BC = 235 m y AH = 86 m, calcula el área de esta parcela.</w:t>
      </w:r>
    </w:p>
    <w:p w14:paraId="66373D58" w14:textId="77777777" w:rsidR="00E97CBB" w:rsidRDefault="00000000">
      <w:r>
        <w:rPr>
          <w:i/>
          <w:sz w:val="18"/>
        </w:rPr>
        <w:t>Parcela ABCD del enunciado.</w:t>
      </w:r>
    </w:p>
    <w:p w14:paraId="70395319" w14:textId="0BD69FB4" w:rsidR="00E97CBB" w:rsidRDefault="00FF1442">
      <w:pPr>
        <w:jc w:val="center"/>
      </w:pPr>
      <w:r w:rsidRPr="00FF1442">
        <w:drawing>
          <wp:inline distT="0" distB="0" distL="0" distR="0" wp14:anchorId="43B98080" wp14:editId="3E838C9C">
            <wp:extent cx="4077269" cy="205768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77269" cy="205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5E921" w14:textId="77777777" w:rsidR="00E97CBB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493D8B5A" w14:textId="77777777" w:rsidR="00E97CBB" w:rsidRDefault="00000000">
      <w:pPr>
        <w:spacing w:after="0"/>
      </w:pPr>
      <w:r>
        <w:rPr>
          <w:sz w:val="16"/>
        </w:rPr>
        <w:t>................................................................................................................................................</w:t>
      </w:r>
    </w:p>
    <w:p w14:paraId="5917D8E8" w14:textId="77777777" w:rsidR="00E97CBB" w:rsidRDefault="00000000">
      <w:pPr>
        <w:pStyle w:val="Ttulo1"/>
      </w:pPr>
      <w:r>
        <w:t>III. Medida</w:t>
      </w:r>
    </w:p>
    <w:p w14:paraId="02E914A0" w14:textId="77777777" w:rsidR="00E97CBB" w:rsidRDefault="00000000">
      <w:r>
        <w:t>11. 31,06 hm 35,24 m = ................................ cm</w:t>
      </w:r>
    </w:p>
    <w:p w14:paraId="42C8F785" w14:textId="77777777" w:rsidR="00E97CBB" w:rsidRDefault="00000000">
      <w:r>
        <w:t>12. 27,2 q 43,6 kg 17 dag = ................................ hg</w:t>
      </w:r>
    </w:p>
    <w:p w14:paraId="32CC8867" w14:textId="77777777" w:rsidR="00E97CBB" w:rsidRDefault="00000000">
      <w:r>
        <w:t>13. 48,15 hm² 716 m² = ................................ dam²</w:t>
      </w:r>
    </w:p>
    <w:p w14:paraId="6B99B527" w14:textId="77777777" w:rsidR="00E97CBB" w:rsidRDefault="00000000">
      <w:r>
        <w:t>14. 2,61 daL 38 cm³ = ................................ l</w:t>
      </w:r>
    </w:p>
    <w:p w14:paraId="02C77BED" w14:textId="77777777" w:rsidR="00E97CBB" w:rsidRDefault="00000000">
      <w:r>
        <w:t>15. Problema. Se construyó un depósito de agua con forma de paralelepípedo rectangular de dimensiones 6 m, 3 m y 2 m.</w:t>
      </w:r>
    </w:p>
    <w:p w14:paraId="39E9F629" w14:textId="77777777" w:rsidR="00E97CBB" w:rsidRDefault="00000000">
      <w:r>
        <w:t>a) ¿Cuál es el área del fondo sobre el que se apoya el depósito?</w:t>
      </w:r>
    </w:p>
    <w:p w14:paraId="5F954C2D" w14:textId="77777777" w:rsidR="00E97CBB" w:rsidRDefault="00000000">
      <w:r>
        <w:t>b) ¿Cuál es el volumen de agua, en litros, necesario para llenar este depósito?</w:t>
      </w:r>
    </w:p>
    <w:p w14:paraId="12C1C9C2" w14:textId="04C09A0F" w:rsidR="00E97CBB" w:rsidRDefault="00E97CBB">
      <w:pPr>
        <w:spacing w:after="0"/>
      </w:pPr>
    </w:p>
    <w:sectPr w:rsidR="00E97CBB" w:rsidSect="00034616">
      <w:pgSz w:w="12240" w:h="15840"/>
      <w:pgMar w:top="680" w:right="737" w:bottom="680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3850090">
    <w:abstractNumId w:val="8"/>
  </w:num>
  <w:num w:numId="2" w16cid:durableId="656543551">
    <w:abstractNumId w:val="6"/>
  </w:num>
  <w:num w:numId="3" w16cid:durableId="1883323659">
    <w:abstractNumId w:val="5"/>
  </w:num>
  <w:num w:numId="4" w16cid:durableId="1960329543">
    <w:abstractNumId w:val="4"/>
  </w:num>
  <w:num w:numId="5" w16cid:durableId="603653495">
    <w:abstractNumId w:val="7"/>
  </w:num>
  <w:num w:numId="6" w16cid:durableId="432749640">
    <w:abstractNumId w:val="3"/>
  </w:num>
  <w:num w:numId="7" w16cid:durableId="1437602989">
    <w:abstractNumId w:val="2"/>
  </w:num>
  <w:num w:numId="8" w16cid:durableId="1132288716">
    <w:abstractNumId w:val="1"/>
  </w:num>
  <w:num w:numId="9" w16cid:durableId="14687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521B0"/>
    <w:rsid w:val="00E97CBB"/>
    <w:rsid w:val="00FC693F"/>
    <w:rsid w:val="00FF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D5EE4A"/>
  <w14:defaultImageDpi w14:val="300"/>
  <w15:docId w15:val="{45FC9930-35C0-4EF3-8AB9-C887AB04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645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2026-06-29T11:28:00Z</dcterms:modified>
  <cp:category/>
</cp:coreProperties>
</file>