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099F50" w14:textId="77777777" w:rsidR="005C39C5" w:rsidRDefault="00000000">
      <w:pPr>
        <w:jc w:val="center"/>
      </w:pPr>
      <w:r>
        <w:rPr>
          <w:b/>
          <w:sz w:val="32"/>
        </w:rPr>
        <w:t>Matemáticas — 6.º Primaria — Control 2 — Modelo 8</w:t>
      </w: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2635"/>
        <w:gridCol w:w="2635"/>
        <w:gridCol w:w="2635"/>
        <w:gridCol w:w="2635"/>
      </w:tblGrid>
      <w:tr w:rsidR="005C39C5" w14:paraId="4218D9D0" w14:textId="77777777">
        <w:trPr>
          <w:jc w:val="center"/>
        </w:trPr>
        <w:tc>
          <w:tcPr>
            <w:tcW w:w="2635" w:type="dxa"/>
          </w:tcPr>
          <w:p w14:paraId="3F31A79D" w14:textId="77777777" w:rsidR="005C39C5" w:rsidRDefault="00000000">
            <w:r>
              <w:rPr>
                <w:sz w:val="18"/>
              </w:rPr>
              <w:t>Nombre:</w:t>
            </w:r>
          </w:p>
        </w:tc>
        <w:tc>
          <w:tcPr>
            <w:tcW w:w="2635" w:type="dxa"/>
          </w:tcPr>
          <w:p w14:paraId="6EF80CEC" w14:textId="77777777" w:rsidR="005C39C5" w:rsidRDefault="00000000">
            <w:r>
              <w:rPr>
                <w:sz w:val="18"/>
              </w:rPr>
              <w:t>Fecha:</w:t>
            </w:r>
          </w:p>
        </w:tc>
        <w:tc>
          <w:tcPr>
            <w:tcW w:w="2635" w:type="dxa"/>
          </w:tcPr>
          <w:p w14:paraId="3D14A03D" w14:textId="77777777" w:rsidR="005C39C5" w:rsidRDefault="00000000">
            <w:r>
              <w:rPr>
                <w:sz w:val="18"/>
              </w:rPr>
              <w:t>Grupo: B</w:t>
            </w:r>
          </w:p>
        </w:tc>
        <w:tc>
          <w:tcPr>
            <w:tcW w:w="2635" w:type="dxa"/>
          </w:tcPr>
          <w:p w14:paraId="5B540A37" w14:textId="77777777" w:rsidR="005C39C5" w:rsidRDefault="00000000">
            <w:r>
              <w:rPr>
                <w:sz w:val="18"/>
              </w:rPr>
              <w:t>Puntuación:      /20</w:t>
            </w:r>
          </w:p>
        </w:tc>
      </w:tr>
      <w:tr w:rsidR="005C39C5" w14:paraId="1803CD9F" w14:textId="77777777">
        <w:trPr>
          <w:jc w:val="center"/>
        </w:trPr>
        <w:tc>
          <w:tcPr>
            <w:tcW w:w="2635" w:type="dxa"/>
            <w:shd w:val="clear" w:color="auto" w:fill="EAF2F8"/>
          </w:tcPr>
          <w:p w14:paraId="4E68E7BD" w14:textId="77777777" w:rsidR="005C39C5" w:rsidRDefault="00000000">
            <w:r>
              <w:rPr>
                <w:sz w:val="18"/>
              </w:rPr>
              <w:t>Curso:</w:t>
            </w:r>
          </w:p>
        </w:tc>
        <w:tc>
          <w:tcPr>
            <w:tcW w:w="2635" w:type="dxa"/>
            <w:shd w:val="clear" w:color="auto" w:fill="EAF2F8"/>
          </w:tcPr>
          <w:p w14:paraId="298F1C12" w14:textId="77777777" w:rsidR="005C39C5" w:rsidRDefault="00000000">
            <w:r>
              <w:rPr>
                <w:sz w:val="18"/>
              </w:rPr>
              <w:t>6.º Primaria</w:t>
            </w:r>
          </w:p>
        </w:tc>
        <w:tc>
          <w:tcPr>
            <w:tcW w:w="2635" w:type="dxa"/>
            <w:shd w:val="clear" w:color="auto" w:fill="EAF2F8"/>
          </w:tcPr>
          <w:p w14:paraId="7234B348" w14:textId="77777777" w:rsidR="005C39C5" w:rsidRDefault="00000000">
            <w:r>
              <w:rPr>
                <w:sz w:val="18"/>
              </w:rPr>
              <w:t>Control 2</w:t>
            </w:r>
          </w:p>
        </w:tc>
        <w:tc>
          <w:tcPr>
            <w:tcW w:w="2635" w:type="dxa"/>
            <w:shd w:val="clear" w:color="auto" w:fill="EAF2F8"/>
          </w:tcPr>
          <w:p w14:paraId="6ACEBBB4" w14:textId="77777777" w:rsidR="005C39C5" w:rsidRDefault="00000000">
            <w:r>
              <w:rPr>
                <w:sz w:val="18"/>
              </w:rPr>
              <w:t>Modelo 8</w:t>
            </w:r>
          </w:p>
        </w:tc>
      </w:tr>
    </w:tbl>
    <w:p w14:paraId="64F40F85" w14:textId="77777777" w:rsidR="005C39C5" w:rsidRDefault="005C39C5"/>
    <w:p w14:paraId="02045B74" w14:textId="77777777" w:rsidR="005C39C5" w:rsidRDefault="00000000">
      <w:pPr>
        <w:spacing w:before="120"/>
      </w:pPr>
      <w:r>
        <w:rPr>
          <w:b/>
          <w:sz w:val="24"/>
        </w:rPr>
        <w:t>1. Coloca y calcula.</w:t>
      </w:r>
    </w:p>
    <w:p w14:paraId="7C352776" w14:textId="77777777" w:rsidR="005C39C5" w:rsidRDefault="00000000">
      <w:r>
        <w:t>618,24 − (426 + 53,65) =</w:t>
      </w:r>
    </w:p>
    <w:p w14:paraId="1E37CE29" w14:textId="77777777" w:rsidR="005C39C5" w:rsidRDefault="00000000">
      <w:r>
        <w:t>........................................................................................................................</w:t>
      </w:r>
    </w:p>
    <w:p w14:paraId="5DECC1DA" w14:textId="77777777" w:rsidR="005C39C5" w:rsidRDefault="00000000">
      <w:r>
        <w:t>455,84 ÷ 7,4 =</w:t>
      </w:r>
    </w:p>
    <w:p w14:paraId="5ED5A28F" w14:textId="77777777" w:rsidR="005C39C5" w:rsidRDefault="00000000">
      <w:r>
        <w:t>........................................................................................................................</w:t>
      </w:r>
    </w:p>
    <w:p w14:paraId="44CA2409" w14:textId="77777777" w:rsidR="005C39C5" w:rsidRDefault="00000000">
      <w:r>
        <w:t>36,29 × 7,3 =</w:t>
      </w:r>
    </w:p>
    <w:p w14:paraId="19D5502D" w14:textId="77777777" w:rsidR="005C39C5" w:rsidRDefault="00000000">
      <w:r>
        <w:t>........................................................................................................................</w:t>
      </w:r>
    </w:p>
    <w:p w14:paraId="27719F32" w14:textId="77777777" w:rsidR="005C39C5" w:rsidRDefault="00000000">
      <w:pPr>
        <w:spacing w:before="120"/>
      </w:pPr>
      <w:r>
        <w:rPr>
          <w:b/>
          <w:sz w:val="24"/>
        </w:rPr>
        <w:t>2. Convierte a la unidad adecuada.</w:t>
      </w:r>
    </w:p>
    <w:p w14:paraId="4CF51AA1" w14:textId="77777777" w:rsidR="005C39C5" w:rsidRDefault="00000000">
      <w:r>
        <w:t>4 km − 7,3 dam = ................................ hm</w:t>
      </w:r>
    </w:p>
    <w:p w14:paraId="720B67AE" w14:textId="77777777" w:rsidR="005C39C5" w:rsidRDefault="00000000">
      <w:r>
        <w:t>4,6 q + 60,4 kg = ................................ dag</w:t>
      </w:r>
    </w:p>
    <w:p w14:paraId="3A956C35" w14:textId="77777777" w:rsidR="005C39C5" w:rsidRDefault="00000000">
      <w:pPr>
        <w:spacing w:before="120"/>
      </w:pPr>
      <w:r>
        <w:rPr>
          <w:b/>
          <w:sz w:val="24"/>
        </w:rPr>
        <w:t>3. Compara los números fraccionarios siguientes.</w:t>
      </w:r>
    </w:p>
    <w:p w14:paraId="1164F99C" w14:textId="77777777" w:rsidR="005C39C5" w:rsidRDefault="00000000">
      <w:r>
        <w:t>7/4 …… 9/6 ; 4/12 …… 1/3 ; 3 …… 36/14 ; 5/6 …… 1</w:t>
      </w:r>
    </w:p>
    <w:p w14:paraId="69C88CAB" w14:textId="77777777" w:rsidR="005C39C5" w:rsidRDefault="00000000">
      <w:pPr>
        <w:spacing w:before="120"/>
      </w:pPr>
      <w:r>
        <w:rPr>
          <w:b/>
          <w:sz w:val="24"/>
        </w:rPr>
        <w:t>4. Calcula los números fraccionarios siguientes y simplifica cuando sea posible.</w:t>
      </w:r>
    </w:p>
    <w:p w14:paraId="4DC96266" w14:textId="77777777" w:rsidR="005C39C5" w:rsidRDefault="00000000">
      <w:r>
        <w:t>3/4 + 1/12 ; 4 − 2/7 ; 4/5 × 6/7 ; 1/9 ÷ 3/5</w:t>
      </w:r>
    </w:p>
    <w:p w14:paraId="41D0BA92" w14:textId="77777777" w:rsidR="005C39C5" w:rsidRDefault="00000000">
      <w:r>
        <w:t>(6/8 × 3/2) ÷ (4/9 × 4/2)</w:t>
      </w:r>
    </w:p>
    <w:p w14:paraId="7F9252DE" w14:textId="77777777" w:rsidR="005C39C5" w:rsidRDefault="00000000">
      <w:pPr>
        <w:spacing w:before="120"/>
      </w:pPr>
      <w:r>
        <w:rPr>
          <w:b/>
          <w:sz w:val="24"/>
        </w:rPr>
        <w:t>5. Consideramos el disco de centro O y radio OA = 5 cm, y el rectángulo OPQR.</w:t>
      </w:r>
    </w:p>
    <w:p w14:paraId="2B821B11" w14:textId="77777777" w:rsidR="005C39C5" w:rsidRDefault="00000000">
      <w:r>
        <w:t>a) Calcula el perímetro y el área del disco.</w:t>
      </w:r>
    </w:p>
    <w:p w14:paraId="39551DF0" w14:textId="77777777" w:rsidR="005C39C5" w:rsidRDefault="00000000">
      <w:r>
        <w:t>b) Calcula el área de la parte sombreada.</w:t>
      </w:r>
    </w:p>
    <w:p w14:paraId="116A53F6" w14:textId="49E3AC16" w:rsidR="005C39C5" w:rsidRDefault="00342269">
      <w:pPr>
        <w:jc w:val="center"/>
      </w:pPr>
      <w:r w:rsidRPr="00342269">
        <w:drawing>
          <wp:inline distT="0" distB="0" distL="0" distR="0" wp14:anchorId="3E4DB311" wp14:editId="5D3EF8F5">
            <wp:extent cx="3057525" cy="2359011"/>
            <wp:effectExtent l="0" t="0" r="0" b="381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5833" cy="23731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BDE639" w14:textId="77777777" w:rsidR="005C39C5" w:rsidRDefault="00000000">
      <w:pPr>
        <w:spacing w:before="120"/>
      </w:pPr>
      <w:r>
        <w:rPr>
          <w:b/>
          <w:sz w:val="24"/>
        </w:rPr>
        <w:lastRenderedPageBreak/>
        <w:t>6. Problema.</w:t>
      </w:r>
    </w:p>
    <w:p w14:paraId="40361550" w14:textId="77777777" w:rsidR="005C39C5" w:rsidRDefault="00000000">
      <w:r>
        <w:t>Un ciclista salió del punto A hacia el punto B, que está a 38 km. Se detuvo para descansar después de recorrer 18,5 km.</w:t>
      </w:r>
    </w:p>
    <w:p w14:paraId="75DC7A99" w14:textId="77777777" w:rsidR="005C39C5" w:rsidRDefault="00000000">
      <w:r>
        <w:t>a) ¿Cuál es la distancia restante?</w:t>
      </w:r>
    </w:p>
    <w:p w14:paraId="265825F0" w14:textId="77777777" w:rsidR="005C39C5" w:rsidRDefault="00000000">
      <w:r>
        <w:t>b) ¿A qué distancia está ese punto del punto medio del camino?</w:t>
      </w:r>
    </w:p>
    <w:p w14:paraId="1EB42076" w14:textId="77777777" w:rsidR="005C39C5" w:rsidRDefault="00000000">
      <w:r>
        <w:t>........................................................................................................................</w:t>
      </w:r>
    </w:p>
    <w:p w14:paraId="7F4E1226" w14:textId="77777777" w:rsidR="005C39C5" w:rsidRDefault="00000000">
      <w:r>
        <w:t>........................................................................................................................</w:t>
      </w:r>
    </w:p>
    <w:p w14:paraId="711B405A" w14:textId="77777777" w:rsidR="005C39C5" w:rsidRDefault="00000000">
      <w:pPr>
        <w:spacing w:before="120"/>
      </w:pPr>
      <w:r>
        <w:rPr>
          <w:b/>
          <w:sz w:val="24"/>
        </w:rPr>
        <w:t>7. Problema de reparto.</w:t>
      </w:r>
    </w:p>
    <w:p w14:paraId="3D80A2F9" w14:textId="77777777" w:rsidR="005C39C5" w:rsidRDefault="00000000">
      <w:r>
        <w:t>Un hombre murió dejando una esposa, un hijo y una hija, y dejó una cantidad de 70 000 DH. Recomendó entregar 30 000 DH a uno de los huérfanos.</w:t>
      </w:r>
    </w:p>
    <w:p w14:paraId="0AF9020D" w14:textId="77777777" w:rsidR="005C39C5" w:rsidRDefault="00000000">
      <w:r>
        <w:t>Sabiendo que la parte de la esposa en la herencia es un octavo de lo que queda después de cumplir la voluntad, y que el hijo y la hija se reparten el resto de modo que la parte de la hija es la mitad de la parte del hijo, calcula la parte de cada uno.</w:t>
      </w:r>
    </w:p>
    <w:p w14:paraId="0DD06D2A" w14:textId="77777777" w:rsidR="005C39C5" w:rsidRDefault="00000000">
      <w:r>
        <w:t>........................................................................................................................</w:t>
      </w:r>
    </w:p>
    <w:p w14:paraId="0FF89FD4" w14:textId="77777777" w:rsidR="005C39C5" w:rsidRDefault="00000000">
      <w:r>
        <w:t>........................................................................................................................</w:t>
      </w:r>
    </w:p>
    <w:p w14:paraId="50184B00" w14:textId="77777777" w:rsidR="005C39C5" w:rsidRDefault="00000000">
      <w:r>
        <w:t>........................................................................................................................</w:t>
      </w:r>
    </w:p>
    <w:sectPr w:rsidR="005C39C5" w:rsidSect="00034616">
      <w:pgSz w:w="12240" w:h="15840"/>
      <w:pgMar w:top="794" w:right="850" w:bottom="794" w:left="85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0819896">
    <w:abstractNumId w:val="8"/>
  </w:num>
  <w:num w:numId="2" w16cid:durableId="1873373344">
    <w:abstractNumId w:val="6"/>
  </w:num>
  <w:num w:numId="3" w16cid:durableId="1187980401">
    <w:abstractNumId w:val="5"/>
  </w:num>
  <w:num w:numId="4" w16cid:durableId="2103722753">
    <w:abstractNumId w:val="4"/>
  </w:num>
  <w:num w:numId="5" w16cid:durableId="1443115560">
    <w:abstractNumId w:val="7"/>
  </w:num>
  <w:num w:numId="6" w16cid:durableId="11802012">
    <w:abstractNumId w:val="3"/>
  </w:num>
  <w:num w:numId="7" w16cid:durableId="1139879368">
    <w:abstractNumId w:val="2"/>
  </w:num>
  <w:num w:numId="8" w16cid:durableId="94520314">
    <w:abstractNumId w:val="1"/>
  </w:num>
  <w:num w:numId="9" w16cid:durableId="20391624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342269"/>
    <w:rsid w:val="005C39C5"/>
    <w:rsid w:val="006E3C1F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7CFAA70"/>
  <w14:defaultImageDpi w14:val="300"/>
  <w15:docId w15:val="{C1F48B45-019C-4504-9627-51C8CD9246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rial" w:eastAsia="Arial" w:hAnsi="Arial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367</Words>
  <Characters>2023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2386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Antonio García Paredes</cp:lastModifiedBy>
  <cp:revision>2</cp:revision>
  <dcterms:created xsi:type="dcterms:W3CDTF">2013-12-23T23:15:00Z</dcterms:created>
  <dcterms:modified xsi:type="dcterms:W3CDTF">2026-06-29T10:38:00Z</dcterms:modified>
  <cp:category/>
</cp:coreProperties>
</file>