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793D3" w14:textId="77777777" w:rsidR="00C6309B" w:rsidRDefault="00000000">
      <w:pPr>
        <w:jc w:val="center"/>
      </w:pPr>
      <w:r>
        <w:rPr>
          <w:b/>
          <w:sz w:val="32"/>
        </w:rPr>
        <w:t>Matemáticas — 6.º Primaria — Control 2 — Modelo 7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C6309B" w14:paraId="4638E0AD" w14:textId="77777777">
        <w:trPr>
          <w:jc w:val="center"/>
        </w:trPr>
        <w:tc>
          <w:tcPr>
            <w:tcW w:w="2635" w:type="dxa"/>
          </w:tcPr>
          <w:p w14:paraId="46CEFCB7" w14:textId="77777777" w:rsidR="00C6309B" w:rsidRDefault="00000000">
            <w:r>
              <w:rPr>
                <w:sz w:val="18"/>
              </w:rPr>
              <w:t>Nombre:</w:t>
            </w:r>
          </w:p>
        </w:tc>
        <w:tc>
          <w:tcPr>
            <w:tcW w:w="2635" w:type="dxa"/>
          </w:tcPr>
          <w:p w14:paraId="0DC1C416" w14:textId="77777777" w:rsidR="00C6309B" w:rsidRDefault="00000000">
            <w:r>
              <w:rPr>
                <w:sz w:val="18"/>
              </w:rPr>
              <w:t>Fecha:</w:t>
            </w:r>
          </w:p>
        </w:tc>
        <w:tc>
          <w:tcPr>
            <w:tcW w:w="2635" w:type="dxa"/>
          </w:tcPr>
          <w:p w14:paraId="5D8C3E08" w14:textId="77777777" w:rsidR="00C6309B" w:rsidRDefault="00000000">
            <w:r>
              <w:rPr>
                <w:sz w:val="18"/>
              </w:rPr>
              <w:t>Grupo: B</w:t>
            </w:r>
          </w:p>
        </w:tc>
        <w:tc>
          <w:tcPr>
            <w:tcW w:w="2635" w:type="dxa"/>
          </w:tcPr>
          <w:p w14:paraId="6834A207" w14:textId="77777777" w:rsidR="00C6309B" w:rsidRDefault="00000000">
            <w:r>
              <w:rPr>
                <w:sz w:val="18"/>
              </w:rPr>
              <w:t>Puntuación:      /20</w:t>
            </w:r>
          </w:p>
        </w:tc>
      </w:tr>
      <w:tr w:rsidR="00C6309B" w14:paraId="15F78C48" w14:textId="77777777">
        <w:trPr>
          <w:jc w:val="center"/>
        </w:trPr>
        <w:tc>
          <w:tcPr>
            <w:tcW w:w="2635" w:type="dxa"/>
            <w:shd w:val="clear" w:color="auto" w:fill="EAF2F8"/>
          </w:tcPr>
          <w:p w14:paraId="0F10298A" w14:textId="77777777" w:rsidR="00C6309B" w:rsidRDefault="00000000">
            <w:r>
              <w:rPr>
                <w:sz w:val="18"/>
              </w:rPr>
              <w:t>Curso:</w:t>
            </w:r>
          </w:p>
        </w:tc>
        <w:tc>
          <w:tcPr>
            <w:tcW w:w="2635" w:type="dxa"/>
            <w:shd w:val="clear" w:color="auto" w:fill="EAF2F8"/>
          </w:tcPr>
          <w:p w14:paraId="7A163AB1" w14:textId="77777777" w:rsidR="00C6309B" w:rsidRDefault="00000000">
            <w:r>
              <w:rPr>
                <w:sz w:val="18"/>
              </w:rPr>
              <w:t>6.º Primaria</w:t>
            </w:r>
          </w:p>
        </w:tc>
        <w:tc>
          <w:tcPr>
            <w:tcW w:w="2635" w:type="dxa"/>
            <w:shd w:val="clear" w:color="auto" w:fill="EAF2F8"/>
          </w:tcPr>
          <w:p w14:paraId="41D694E8" w14:textId="77777777" w:rsidR="00C6309B" w:rsidRDefault="00000000">
            <w:r>
              <w:rPr>
                <w:sz w:val="18"/>
              </w:rPr>
              <w:t>Control 2</w:t>
            </w:r>
          </w:p>
        </w:tc>
        <w:tc>
          <w:tcPr>
            <w:tcW w:w="2635" w:type="dxa"/>
            <w:shd w:val="clear" w:color="auto" w:fill="EAF2F8"/>
          </w:tcPr>
          <w:p w14:paraId="601B64D1" w14:textId="77777777" w:rsidR="00C6309B" w:rsidRDefault="00000000">
            <w:r>
              <w:rPr>
                <w:sz w:val="18"/>
              </w:rPr>
              <w:t>Modelo 7</w:t>
            </w:r>
          </w:p>
        </w:tc>
      </w:tr>
    </w:tbl>
    <w:p w14:paraId="54CD5E47" w14:textId="77777777" w:rsidR="00C6309B" w:rsidRDefault="00C6309B"/>
    <w:p w14:paraId="65A6A581" w14:textId="77777777" w:rsidR="00C6309B" w:rsidRDefault="00000000">
      <w:pPr>
        <w:spacing w:before="120"/>
      </w:pPr>
      <w:r>
        <w:rPr>
          <w:b/>
          <w:sz w:val="24"/>
        </w:rPr>
        <w:t>1. Coloca y calcula.</w:t>
      </w:r>
    </w:p>
    <w:p w14:paraId="45282C4A" w14:textId="77777777" w:rsidR="00C6309B" w:rsidRDefault="00000000">
      <w:r>
        <w:t>(247,8 + 5862,35) − (2010 + 584,77)</w:t>
      </w:r>
    </w:p>
    <w:p w14:paraId="3137F856" w14:textId="77777777" w:rsidR="00C6309B" w:rsidRDefault="00000000">
      <w:r>
        <w:t>........................................................................................................................</w:t>
      </w:r>
    </w:p>
    <w:p w14:paraId="4B3ED2D5" w14:textId="77777777" w:rsidR="00C6309B" w:rsidRDefault="00000000">
      <w:r>
        <w:t>3,75 × 7,4</w:t>
      </w:r>
    </w:p>
    <w:p w14:paraId="442B1C2E" w14:textId="77777777" w:rsidR="00C6309B" w:rsidRDefault="00000000">
      <w:r>
        <w:t>........................................................................................................................</w:t>
      </w:r>
    </w:p>
    <w:p w14:paraId="44E4F2A4" w14:textId="77777777" w:rsidR="00C6309B" w:rsidRDefault="00000000">
      <w:pPr>
        <w:spacing w:before="120"/>
      </w:pPr>
      <w:r>
        <w:rPr>
          <w:b/>
          <w:sz w:val="24"/>
        </w:rPr>
        <w:t>2. Calcula el cociente de la división siguiente aproximado a 0,1.</w:t>
      </w:r>
    </w:p>
    <w:p w14:paraId="1E3D66EE" w14:textId="77777777" w:rsidR="00C6309B" w:rsidRDefault="00000000">
      <w:r>
        <w:t>4523 ÷ 76</w:t>
      </w:r>
    </w:p>
    <w:p w14:paraId="34A27AC6" w14:textId="77777777" w:rsidR="00C6309B" w:rsidRDefault="00000000">
      <w:r>
        <w:t>........................................................................................................................</w:t>
      </w:r>
    </w:p>
    <w:p w14:paraId="584CCE40" w14:textId="77777777" w:rsidR="00C6309B" w:rsidRDefault="00000000">
      <w:pPr>
        <w:spacing w:before="120"/>
      </w:pPr>
      <w:r>
        <w:rPr>
          <w:b/>
          <w:sz w:val="24"/>
        </w:rPr>
        <w:t>3. Ordena los números siguientes de forma decreciente.</w:t>
      </w:r>
    </w:p>
    <w:p w14:paraId="159162AA" w14:textId="77777777" w:rsidR="00C6309B" w:rsidRDefault="00000000">
      <w:r>
        <w:t>9,06 ; 9,0006 ; 9,6 ; 9,066 ; 9,0066</w:t>
      </w:r>
    </w:p>
    <w:p w14:paraId="0582DF70" w14:textId="77777777" w:rsidR="00C6309B" w:rsidRDefault="00000000">
      <w:r>
        <w:t>........................................................................................................................</w:t>
      </w:r>
    </w:p>
    <w:p w14:paraId="08C290B3" w14:textId="77777777" w:rsidR="00C6309B" w:rsidRDefault="00000000">
      <w:pPr>
        <w:spacing w:before="120"/>
      </w:pPr>
      <w:r>
        <w:rPr>
          <w:b/>
          <w:sz w:val="24"/>
        </w:rPr>
        <w:t>4. Convierte.</w:t>
      </w:r>
    </w:p>
    <w:p w14:paraId="2B35E1AB" w14:textId="77777777" w:rsidR="00C6309B" w:rsidRDefault="00000000">
      <w:r>
        <w:t>5 km 71 dam 5 m = ................................ dam</w:t>
      </w:r>
    </w:p>
    <w:p w14:paraId="4D1F3144" w14:textId="77777777" w:rsidR="00C6309B" w:rsidRDefault="00000000">
      <w:r>
        <w:t>35,228 km = ................................ m</w:t>
      </w:r>
    </w:p>
    <w:p w14:paraId="40B1D6DE" w14:textId="77777777" w:rsidR="00C6309B" w:rsidRDefault="00000000">
      <w:r>
        <w:t>Calcula la suma siguiente: 64 km + 36459 m + 7 dam = ................................ km</w:t>
      </w:r>
    </w:p>
    <w:p w14:paraId="018CE256" w14:textId="77777777" w:rsidR="00C6309B" w:rsidRDefault="00000000">
      <w:pPr>
        <w:spacing w:before="120"/>
      </w:pPr>
      <w:r>
        <w:rPr>
          <w:b/>
          <w:sz w:val="24"/>
        </w:rPr>
        <w:t>5. Coloca el punto decimal en el lugar adecuado.</w:t>
      </w:r>
    </w:p>
    <w:p w14:paraId="14D3AEFF" w14:textId="77777777" w:rsidR="00C6309B" w:rsidRDefault="00000000">
      <w:r>
        <w:t>En el número 8,53, coloca el punto decimal de modo que el número sea divisible por 2, 3, 5 y 9 a la vez.</w:t>
      </w:r>
    </w:p>
    <w:p w14:paraId="17ED377E" w14:textId="77777777" w:rsidR="00C6309B" w:rsidRDefault="00000000">
      <w:pPr>
        <w:spacing w:before="120"/>
      </w:pPr>
      <w:r>
        <w:rPr>
          <w:b/>
          <w:sz w:val="24"/>
        </w:rPr>
        <w:t>6. Construye la figura simétrica respecto de la recta (d).</w:t>
      </w:r>
    </w:p>
    <w:p w14:paraId="0276AD5D" w14:textId="77777777" w:rsidR="00C6309B" w:rsidRDefault="00000000">
      <w:pPr>
        <w:jc w:val="center"/>
      </w:pPr>
      <w:r>
        <w:rPr>
          <w:noProof/>
        </w:rPr>
        <w:drawing>
          <wp:inline distT="0" distB="0" distL="0" distR="0" wp14:anchorId="55097440" wp14:editId="66BDA007">
            <wp:extent cx="3566160" cy="16667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m7_symetrie_clean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166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576AE" w14:textId="77777777" w:rsidR="00C6309B" w:rsidRDefault="00000000">
      <w:r>
        <w:br w:type="page"/>
      </w:r>
    </w:p>
    <w:p w14:paraId="0706C1A7" w14:textId="57BFA2E3" w:rsidR="00C6309B" w:rsidRDefault="00000000">
      <w:pPr>
        <w:spacing w:before="120"/>
      </w:pPr>
      <w:r>
        <w:rPr>
          <w:b/>
          <w:sz w:val="24"/>
        </w:rPr>
        <w:lastRenderedPageBreak/>
        <w:t>7. Observa la figura y calcula las medidas de los ángulos FJI, FÊH y EFG</w:t>
      </w:r>
      <w:r w:rsidR="009B2070">
        <w:rPr>
          <w:b/>
          <w:sz w:val="24"/>
        </w:rPr>
        <w:t xml:space="preserve"> sabiendo que el ángulo JFG mide 102º</w:t>
      </w:r>
      <w:r>
        <w:rPr>
          <w:b/>
          <w:sz w:val="24"/>
        </w:rPr>
        <w:t>. Justifica la respuesta.</w:t>
      </w:r>
    </w:p>
    <w:p w14:paraId="293FDAA1" w14:textId="00F19608" w:rsidR="00C6309B" w:rsidRDefault="009B2070">
      <w:pPr>
        <w:jc w:val="center"/>
      </w:pPr>
      <w:r w:rsidRPr="009B2070">
        <w:drawing>
          <wp:inline distT="0" distB="0" distL="0" distR="0" wp14:anchorId="4F15680E" wp14:editId="0345AEF1">
            <wp:extent cx="5887272" cy="2143424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7272" cy="214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3221A" w14:textId="77777777" w:rsidR="00C6309B" w:rsidRDefault="00000000">
      <w:r>
        <w:t>........................................................................................................................</w:t>
      </w:r>
    </w:p>
    <w:p w14:paraId="203005D8" w14:textId="77777777" w:rsidR="00C6309B" w:rsidRDefault="00000000">
      <w:pPr>
        <w:spacing w:before="120"/>
      </w:pPr>
      <w:r>
        <w:rPr>
          <w:b/>
          <w:sz w:val="24"/>
        </w:rPr>
        <w:t>8. Problema.</w:t>
      </w:r>
    </w:p>
    <w:p w14:paraId="6D5CE8C0" w14:textId="77777777" w:rsidR="00C6309B" w:rsidRDefault="00000000">
      <w:r>
        <w:t>Un carpintero utiliza 1,5 m de madera para fabricar una silla. ¿Cuántas sillas de la misma medida puede fabricar usando una pieza de madera de 75 m de longitud?</w:t>
      </w:r>
    </w:p>
    <w:p w14:paraId="2059F591" w14:textId="77777777" w:rsidR="00C6309B" w:rsidRDefault="00000000">
      <w:r>
        <w:t>........................................................................................................................</w:t>
      </w:r>
    </w:p>
    <w:p w14:paraId="362E7572" w14:textId="77777777" w:rsidR="00C6309B" w:rsidRDefault="00000000">
      <w:r>
        <w:t>........................................................................................................................</w:t>
      </w:r>
    </w:p>
    <w:p w14:paraId="2F5C71FA" w14:textId="77777777" w:rsidR="00C6309B" w:rsidRDefault="00000000">
      <w:pPr>
        <w:spacing w:before="120"/>
      </w:pPr>
      <w:r>
        <w:rPr>
          <w:b/>
          <w:sz w:val="24"/>
        </w:rPr>
        <w:t>9. Problema.</w:t>
      </w:r>
    </w:p>
    <w:p w14:paraId="088D5C50" w14:textId="77777777" w:rsidR="00C6309B" w:rsidRDefault="00000000">
      <w:r>
        <w:t>Karim compró 7 bolígrafos y dos lápices. El precio de cada lápiz es 3,8 DH. El dueño de la papelería recibió 100 DH de Karim y le devolvió 78,4 DH. ¿Cuál es el precio de cada bolígrafo?</w:t>
      </w:r>
    </w:p>
    <w:p w14:paraId="321B3065" w14:textId="77777777" w:rsidR="00C6309B" w:rsidRDefault="00000000">
      <w:r>
        <w:t>........................................................................................................................</w:t>
      </w:r>
    </w:p>
    <w:p w14:paraId="581C6988" w14:textId="77777777" w:rsidR="00C6309B" w:rsidRDefault="00000000">
      <w:r>
        <w:t>........................................................................................................................</w:t>
      </w:r>
    </w:p>
    <w:sectPr w:rsidR="00C6309B" w:rsidSect="00034616"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1110446">
    <w:abstractNumId w:val="8"/>
  </w:num>
  <w:num w:numId="2" w16cid:durableId="1445877957">
    <w:abstractNumId w:val="6"/>
  </w:num>
  <w:num w:numId="3" w16cid:durableId="412314099">
    <w:abstractNumId w:val="5"/>
  </w:num>
  <w:num w:numId="4" w16cid:durableId="1585530291">
    <w:abstractNumId w:val="4"/>
  </w:num>
  <w:num w:numId="5" w16cid:durableId="278221642">
    <w:abstractNumId w:val="7"/>
  </w:num>
  <w:num w:numId="6" w16cid:durableId="342632526">
    <w:abstractNumId w:val="3"/>
  </w:num>
  <w:num w:numId="7" w16cid:durableId="1619145400">
    <w:abstractNumId w:val="2"/>
  </w:num>
  <w:num w:numId="8" w16cid:durableId="969942230">
    <w:abstractNumId w:val="1"/>
  </w:num>
  <w:num w:numId="9" w16cid:durableId="1147672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E3C1F"/>
    <w:rsid w:val="009B2070"/>
    <w:rsid w:val="00AA1D8D"/>
    <w:rsid w:val="00B47730"/>
    <w:rsid w:val="00C6309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007A4"/>
  <w14:defaultImageDpi w14:val="300"/>
  <w15:docId w15:val="{C1F48B45-019C-4504-9627-51C8CD924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2026-06-29T10:39:00Z</dcterms:modified>
  <cp:category/>
</cp:coreProperties>
</file>