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EBEC" w14:textId="77777777" w:rsidR="007000D5" w:rsidRDefault="00000000">
      <w:pPr>
        <w:jc w:val="center"/>
      </w:pPr>
      <w:r>
        <w:rPr>
          <w:b/>
          <w:sz w:val="32"/>
        </w:rPr>
        <w:t>Matemáticas — 6.º Primaria — Control 2 — Modelo 6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7000D5" w14:paraId="1E1B7569" w14:textId="77777777">
        <w:trPr>
          <w:jc w:val="center"/>
        </w:trPr>
        <w:tc>
          <w:tcPr>
            <w:tcW w:w="2635" w:type="dxa"/>
          </w:tcPr>
          <w:p w14:paraId="155C8ABD" w14:textId="77777777" w:rsidR="007000D5" w:rsidRDefault="00000000">
            <w:r>
              <w:rPr>
                <w:sz w:val="18"/>
              </w:rPr>
              <w:t>Nombre:</w:t>
            </w:r>
          </w:p>
        </w:tc>
        <w:tc>
          <w:tcPr>
            <w:tcW w:w="2635" w:type="dxa"/>
          </w:tcPr>
          <w:p w14:paraId="1A432B83" w14:textId="77777777" w:rsidR="007000D5" w:rsidRDefault="00000000">
            <w:r>
              <w:rPr>
                <w:sz w:val="18"/>
              </w:rPr>
              <w:t>Fecha:</w:t>
            </w:r>
          </w:p>
        </w:tc>
        <w:tc>
          <w:tcPr>
            <w:tcW w:w="2635" w:type="dxa"/>
          </w:tcPr>
          <w:p w14:paraId="1DE8F292" w14:textId="77777777" w:rsidR="007000D5" w:rsidRDefault="00000000">
            <w:r>
              <w:rPr>
                <w:sz w:val="18"/>
              </w:rPr>
              <w:t>Grupo: A</w:t>
            </w:r>
          </w:p>
        </w:tc>
        <w:tc>
          <w:tcPr>
            <w:tcW w:w="2635" w:type="dxa"/>
          </w:tcPr>
          <w:p w14:paraId="0CAE8470" w14:textId="77777777" w:rsidR="007000D5" w:rsidRDefault="00000000">
            <w:r>
              <w:rPr>
                <w:sz w:val="18"/>
              </w:rPr>
              <w:t>Puntuación:      /20</w:t>
            </w:r>
          </w:p>
        </w:tc>
      </w:tr>
      <w:tr w:rsidR="007000D5" w14:paraId="15A3EF57" w14:textId="77777777">
        <w:trPr>
          <w:jc w:val="center"/>
        </w:trPr>
        <w:tc>
          <w:tcPr>
            <w:tcW w:w="2635" w:type="dxa"/>
            <w:shd w:val="clear" w:color="auto" w:fill="EAF2F8"/>
          </w:tcPr>
          <w:p w14:paraId="1E7403E1" w14:textId="77777777" w:rsidR="007000D5" w:rsidRDefault="00000000">
            <w:r>
              <w:rPr>
                <w:sz w:val="18"/>
              </w:rPr>
              <w:t>Curso:</w:t>
            </w:r>
          </w:p>
        </w:tc>
        <w:tc>
          <w:tcPr>
            <w:tcW w:w="2635" w:type="dxa"/>
            <w:shd w:val="clear" w:color="auto" w:fill="EAF2F8"/>
          </w:tcPr>
          <w:p w14:paraId="63C59432" w14:textId="77777777" w:rsidR="007000D5" w:rsidRDefault="00000000">
            <w:r>
              <w:rPr>
                <w:sz w:val="18"/>
              </w:rPr>
              <w:t>6.º Primaria</w:t>
            </w:r>
          </w:p>
        </w:tc>
        <w:tc>
          <w:tcPr>
            <w:tcW w:w="2635" w:type="dxa"/>
            <w:shd w:val="clear" w:color="auto" w:fill="EAF2F8"/>
          </w:tcPr>
          <w:p w14:paraId="2DD32A9E" w14:textId="77777777" w:rsidR="007000D5" w:rsidRDefault="00000000">
            <w:r>
              <w:rPr>
                <w:sz w:val="18"/>
              </w:rPr>
              <w:t>Control 2</w:t>
            </w:r>
          </w:p>
        </w:tc>
        <w:tc>
          <w:tcPr>
            <w:tcW w:w="2635" w:type="dxa"/>
            <w:shd w:val="clear" w:color="auto" w:fill="EAF2F8"/>
          </w:tcPr>
          <w:p w14:paraId="1916AAD2" w14:textId="77777777" w:rsidR="007000D5" w:rsidRDefault="00000000">
            <w:r>
              <w:rPr>
                <w:sz w:val="18"/>
              </w:rPr>
              <w:t>Modelo 6</w:t>
            </w:r>
          </w:p>
        </w:tc>
      </w:tr>
    </w:tbl>
    <w:p w14:paraId="4D21A729" w14:textId="77777777" w:rsidR="007000D5" w:rsidRDefault="007000D5"/>
    <w:p w14:paraId="1F169F79" w14:textId="77777777" w:rsidR="007000D5" w:rsidRDefault="00000000">
      <w:pPr>
        <w:spacing w:before="120"/>
      </w:pPr>
      <w:r>
        <w:rPr>
          <w:b/>
          <w:sz w:val="24"/>
        </w:rPr>
        <w:t>1. Coloca y calcula.</w:t>
      </w:r>
    </w:p>
    <w:p w14:paraId="41F094B0" w14:textId="77777777" w:rsidR="007000D5" w:rsidRDefault="00000000">
      <w:r>
        <w:t>(734,9 + 5802,34) − (2008 + 574,67)</w:t>
      </w:r>
    </w:p>
    <w:p w14:paraId="4584F276" w14:textId="77777777" w:rsidR="007000D5" w:rsidRDefault="00000000">
      <w:r>
        <w:t>........................................................................................................................</w:t>
      </w:r>
    </w:p>
    <w:p w14:paraId="1856807F" w14:textId="77777777" w:rsidR="007000D5" w:rsidRDefault="00000000">
      <w:r>
        <w:t>3,57 × 4,7</w:t>
      </w:r>
    </w:p>
    <w:p w14:paraId="498C43A1" w14:textId="77777777" w:rsidR="007000D5" w:rsidRDefault="00000000">
      <w:r>
        <w:t>........................................................................................................................</w:t>
      </w:r>
    </w:p>
    <w:p w14:paraId="250B59DF" w14:textId="77777777" w:rsidR="007000D5" w:rsidRDefault="00000000">
      <w:pPr>
        <w:spacing w:before="120"/>
      </w:pPr>
      <w:r>
        <w:rPr>
          <w:b/>
          <w:sz w:val="24"/>
        </w:rPr>
        <w:t>2. Calcula el cociente de la división siguiente aproximado a 0,1.</w:t>
      </w:r>
    </w:p>
    <w:p w14:paraId="3F838672" w14:textId="77777777" w:rsidR="007000D5" w:rsidRDefault="00000000">
      <w:r>
        <w:t>2345 ÷ 76</w:t>
      </w:r>
    </w:p>
    <w:p w14:paraId="33C9935D" w14:textId="77777777" w:rsidR="007000D5" w:rsidRDefault="00000000">
      <w:r>
        <w:t>........................................................................................................................</w:t>
      </w:r>
    </w:p>
    <w:p w14:paraId="5727295B" w14:textId="77777777" w:rsidR="007000D5" w:rsidRDefault="00000000">
      <w:pPr>
        <w:spacing w:before="120"/>
      </w:pPr>
      <w:r>
        <w:rPr>
          <w:b/>
          <w:sz w:val="24"/>
        </w:rPr>
        <w:t>3. Ordena los números siguientes de forma decreciente.</w:t>
      </w:r>
    </w:p>
    <w:p w14:paraId="146A6858" w14:textId="77777777" w:rsidR="007000D5" w:rsidRDefault="00000000">
      <w:r>
        <w:t>7,04 ; 7,0004 ; 7,4 ; 7,044 ; 7,0044</w:t>
      </w:r>
    </w:p>
    <w:p w14:paraId="5131BB1B" w14:textId="77777777" w:rsidR="007000D5" w:rsidRDefault="00000000">
      <w:r>
        <w:t>........................................................................................................................</w:t>
      </w:r>
    </w:p>
    <w:p w14:paraId="7BE3CB0E" w14:textId="77777777" w:rsidR="007000D5" w:rsidRDefault="00000000">
      <w:pPr>
        <w:spacing w:before="120"/>
      </w:pPr>
      <w:r>
        <w:rPr>
          <w:b/>
          <w:sz w:val="24"/>
        </w:rPr>
        <w:t>4. Convierte.</w:t>
      </w:r>
    </w:p>
    <w:p w14:paraId="6CF1C687" w14:textId="77777777" w:rsidR="007000D5" w:rsidRDefault="00000000">
      <w:r>
        <w:t>3 km 17 dam 5 m = ................................ dam</w:t>
      </w:r>
    </w:p>
    <w:p w14:paraId="125A1F5C" w14:textId="77777777" w:rsidR="007000D5" w:rsidRDefault="00000000">
      <w:r>
        <w:t>35,428 km = ................................ m</w:t>
      </w:r>
    </w:p>
    <w:p w14:paraId="2671B8B5" w14:textId="77777777" w:rsidR="007000D5" w:rsidRDefault="00000000">
      <w:r>
        <w:t>Calcula la suma siguiente: 46 km + 3645,9 m + 7 dam = ................................ km</w:t>
      </w:r>
    </w:p>
    <w:p w14:paraId="73C7B8A4" w14:textId="77777777" w:rsidR="007000D5" w:rsidRDefault="00000000">
      <w:pPr>
        <w:spacing w:before="120"/>
      </w:pPr>
      <w:r>
        <w:rPr>
          <w:b/>
          <w:sz w:val="24"/>
        </w:rPr>
        <w:t>5. Coloca el punto decimal en el lugar adecuado.</w:t>
      </w:r>
    </w:p>
    <w:p w14:paraId="500350F5" w14:textId="77777777" w:rsidR="007000D5" w:rsidRDefault="00000000">
      <w:r>
        <w:t>En el número 6,53, coloca el punto decimal de modo que el número sea divisible por 2, 3, 5 y 9 a la vez.</w:t>
      </w:r>
    </w:p>
    <w:p w14:paraId="2A4597B4" w14:textId="77777777" w:rsidR="007000D5" w:rsidRDefault="00000000">
      <w:pPr>
        <w:spacing w:before="120"/>
      </w:pPr>
      <w:r>
        <w:rPr>
          <w:b/>
          <w:sz w:val="24"/>
        </w:rPr>
        <w:t>6. Construye la figura simétrica respecto de la recta (d).</w:t>
      </w:r>
    </w:p>
    <w:p w14:paraId="4AD99FEB" w14:textId="77777777" w:rsidR="007000D5" w:rsidRDefault="00000000">
      <w:pPr>
        <w:jc w:val="center"/>
      </w:pPr>
      <w:r>
        <w:rPr>
          <w:noProof/>
        </w:rPr>
        <w:drawing>
          <wp:inline distT="0" distB="0" distL="0" distR="0" wp14:anchorId="692F7786" wp14:editId="5D094D68">
            <wp:extent cx="3383280" cy="16513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m6_symetrie_clea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165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8D7CF" w14:textId="77777777" w:rsidR="007000D5" w:rsidRDefault="00000000">
      <w:r>
        <w:br w:type="page"/>
      </w:r>
    </w:p>
    <w:p w14:paraId="2EDBE715" w14:textId="77777777" w:rsidR="007000D5" w:rsidRDefault="00000000">
      <w:pPr>
        <w:spacing w:before="120"/>
      </w:pPr>
      <w:r>
        <w:rPr>
          <w:b/>
          <w:sz w:val="24"/>
        </w:rPr>
        <w:lastRenderedPageBreak/>
        <w:t>7. Observa la figura y calcula las medidas de los ángulos JÎG, EFG y HGE.</w:t>
      </w:r>
    </w:p>
    <w:p w14:paraId="453CE406" w14:textId="57911E29" w:rsidR="007000D5" w:rsidRDefault="00D770F2">
      <w:pPr>
        <w:jc w:val="center"/>
      </w:pPr>
      <w:r w:rsidRPr="00D770F2">
        <w:drawing>
          <wp:inline distT="0" distB="0" distL="0" distR="0" wp14:anchorId="753EEEEC" wp14:editId="0A60C062">
            <wp:extent cx="5506218" cy="222916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222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49A63" w14:textId="77777777" w:rsidR="007000D5" w:rsidRDefault="00000000">
      <w:r>
        <w:t>........................................................................................................................</w:t>
      </w:r>
    </w:p>
    <w:p w14:paraId="67A3AA7E" w14:textId="77777777" w:rsidR="007000D5" w:rsidRDefault="00000000">
      <w:pPr>
        <w:spacing w:before="120"/>
      </w:pPr>
      <w:r>
        <w:rPr>
          <w:b/>
          <w:sz w:val="24"/>
        </w:rPr>
        <w:t>8. Problema.</w:t>
      </w:r>
    </w:p>
    <w:p w14:paraId="0CD09E82" w14:textId="77777777" w:rsidR="007000D5" w:rsidRDefault="00000000">
      <w:r>
        <w:t>Una modista utiliza 2,20 m de tela para coser un traje. ¿Cuántos trajes de la misma medida puede coser usando una pieza de tela de 110 m de longitud?</w:t>
      </w:r>
    </w:p>
    <w:p w14:paraId="3A5DA8EF" w14:textId="77777777" w:rsidR="007000D5" w:rsidRDefault="00000000">
      <w:r>
        <w:t>........................................................................................................................</w:t>
      </w:r>
    </w:p>
    <w:p w14:paraId="3626AC25" w14:textId="77777777" w:rsidR="007000D5" w:rsidRDefault="00000000">
      <w:r>
        <w:t>........................................................................................................................</w:t>
      </w:r>
    </w:p>
    <w:p w14:paraId="04A6E0AF" w14:textId="77777777" w:rsidR="007000D5" w:rsidRDefault="00000000">
      <w:pPr>
        <w:spacing w:before="120"/>
      </w:pPr>
      <w:r>
        <w:rPr>
          <w:b/>
          <w:sz w:val="24"/>
        </w:rPr>
        <w:t>9. Problema.</w:t>
      </w:r>
    </w:p>
    <w:p w14:paraId="110659DE" w14:textId="77777777" w:rsidR="007000D5" w:rsidRDefault="00000000">
      <w:r>
        <w:t>Suad compró 7 medias lunas y dos cruasanes de chocolate. El precio de cada cruasán es 3,8 DH. El panadero recibió 50 DH y devolvió a Suad 28,4 DH. ¿Cuál es el precio de cada media luna?</w:t>
      </w:r>
    </w:p>
    <w:p w14:paraId="3BB24748" w14:textId="77777777" w:rsidR="007000D5" w:rsidRDefault="00000000">
      <w:r>
        <w:t>........................................................................................................................</w:t>
      </w:r>
    </w:p>
    <w:p w14:paraId="41656062" w14:textId="77777777" w:rsidR="007000D5" w:rsidRDefault="00000000">
      <w:r>
        <w:t>........................................................................................................................</w:t>
      </w:r>
    </w:p>
    <w:sectPr w:rsidR="007000D5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8336445">
    <w:abstractNumId w:val="8"/>
  </w:num>
  <w:num w:numId="2" w16cid:durableId="366759561">
    <w:abstractNumId w:val="6"/>
  </w:num>
  <w:num w:numId="3" w16cid:durableId="1800149003">
    <w:abstractNumId w:val="5"/>
  </w:num>
  <w:num w:numId="4" w16cid:durableId="1936091655">
    <w:abstractNumId w:val="4"/>
  </w:num>
  <w:num w:numId="5" w16cid:durableId="1942839091">
    <w:abstractNumId w:val="7"/>
  </w:num>
  <w:num w:numId="6" w16cid:durableId="1760329585">
    <w:abstractNumId w:val="3"/>
  </w:num>
  <w:num w:numId="7" w16cid:durableId="292752441">
    <w:abstractNumId w:val="2"/>
  </w:num>
  <w:num w:numId="8" w16cid:durableId="1582908184">
    <w:abstractNumId w:val="1"/>
  </w:num>
  <w:num w:numId="9" w16cid:durableId="91254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E3C1F"/>
    <w:rsid w:val="007000D5"/>
    <w:rsid w:val="00AA1D8D"/>
    <w:rsid w:val="00B47730"/>
    <w:rsid w:val="00CB0664"/>
    <w:rsid w:val="00D770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24178"/>
  <w14:defaultImageDpi w14:val="300"/>
  <w15:docId w15:val="{C1F48B45-019C-4504-9627-51C8CD92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2026-06-29T10:40:00Z</dcterms:modified>
  <cp:category/>
</cp:coreProperties>
</file>