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745"/>
        <w:gridCol w:w="2746"/>
        <w:gridCol w:w="2746"/>
      </w:tblGrid>
      <w:tr w:rsidR="005B373D" w14:paraId="43C9A226" w14:textId="77777777">
        <w:trPr>
          <w:jc w:val="center"/>
        </w:trPr>
        <w:tc>
          <w:tcPr>
            <w:tcW w:w="9072" w:type="dxa"/>
            <w:gridSpan w:val="4"/>
            <w:shd w:val="clear" w:color="auto" w:fill="D9EAF7"/>
            <w:vAlign w:val="center"/>
          </w:tcPr>
          <w:p w14:paraId="3375A863" w14:textId="77777777" w:rsidR="005B373D" w:rsidRDefault="00000000">
            <w:pPr>
              <w:jc w:val="center"/>
            </w:pPr>
            <w:r>
              <w:rPr>
                <w:b/>
                <w:sz w:val="20"/>
              </w:rPr>
              <w:t>Matemáticas - 6.º Primaria - Control 2 - Segundo semestre - Modelo 5</w:t>
            </w:r>
          </w:p>
        </w:tc>
      </w:tr>
      <w:tr w:rsidR="005B373D" w14:paraId="42A8DEC1" w14:textId="77777777">
        <w:trPr>
          <w:jc w:val="center"/>
        </w:trPr>
        <w:tc>
          <w:tcPr>
            <w:tcW w:w="2268" w:type="dxa"/>
            <w:vAlign w:val="center"/>
          </w:tcPr>
          <w:p w14:paraId="295E70E2" w14:textId="77777777" w:rsidR="005B373D" w:rsidRDefault="00000000">
            <w:r>
              <w:rPr>
                <w:b/>
                <w:sz w:val="20"/>
              </w:rPr>
              <w:t>Nombre y apellidos</w:t>
            </w:r>
          </w:p>
        </w:tc>
        <w:tc>
          <w:tcPr>
            <w:tcW w:w="2268" w:type="dxa"/>
            <w:vAlign w:val="center"/>
          </w:tcPr>
          <w:p w14:paraId="271D6937" w14:textId="77777777" w:rsidR="005B373D" w:rsidRDefault="00000000">
            <w:r>
              <w:rPr>
                <w:b/>
                <w:sz w:val="20"/>
              </w:rPr>
              <w:t>Curso / grupo</w:t>
            </w:r>
          </w:p>
        </w:tc>
        <w:tc>
          <w:tcPr>
            <w:tcW w:w="2268" w:type="dxa"/>
            <w:vAlign w:val="center"/>
          </w:tcPr>
          <w:p w14:paraId="2E5A3807" w14:textId="77777777" w:rsidR="005B373D" w:rsidRDefault="00000000">
            <w:r>
              <w:rPr>
                <w:b/>
                <w:sz w:val="20"/>
              </w:rPr>
              <w:t>Fecha</w:t>
            </w:r>
          </w:p>
        </w:tc>
        <w:tc>
          <w:tcPr>
            <w:tcW w:w="2268" w:type="dxa"/>
            <w:vAlign w:val="center"/>
          </w:tcPr>
          <w:p w14:paraId="56241E3D" w14:textId="77777777" w:rsidR="005B373D" w:rsidRDefault="00000000">
            <w:r>
              <w:rPr>
                <w:b/>
                <w:sz w:val="20"/>
              </w:rPr>
              <w:t>Nota</w:t>
            </w:r>
          </w:p>
        </w:tc>
      </w:tr>
      <w:tr w:rsidR="005B373D" w14:paraId="4730BD8E" w14:textId="77777777">
        <w:trPr>
          <w:jc w:val="center"/>
        </w:trPr>
        <w:tc>
          <w:tcPr>
            <w:tcW w:w="2268" w:type="dxa"/>
            <w:vAlign w:val="center"/>
          </w:tcPr>
          <w:p w14:paraId="63766EB9" w14:textId="77777777" w:rsidR="005B373D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51829C87" w14:textId="77777777" w:rsidR="005B373D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1ABBC169" w14:textId="77777777" w:rsidR="005B373D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2FF78EDF" w14:textId="77777777" w:rsidR="005B373D" w:rsidRDefault="00000000">
            <w:r>
              <w:rPr>
                <w:sz w:val="20"/>
              </w:rPr>
              <w:t>................................................................</w:t>
            </w:r>
          </w:p>
        </w:tc>
      </w:tr>
    </w:tbl>
    <w:p w14:paraId="33E4C16F" w14:textId="77777777" w:rsidR="005B373D" w:rsidRDefault="005B373D"/>
    <w:p w14:paraId="69DD98C9" w14:textId="77777777" w:rsidR="005B373D" w:rsidRDefault="00000000">
      <w:pPr>
        <w:pStyle w:val="Ttulo1"/>
      </w:pPr>
      <w:r>
        <w:t>I. Operaciones y cálculo</w:t>
      </w:r>
    </w:p>
    <w:p w14:paraId="753B5293" w14:textId="77777777" w:rsidR="005B373D" w:rsidRDefault="00000000">
      <w:r>
        <w:t>1. Coloca y calcula:</w:t>
      </w:r>
    </w:p>
    <w:p w14:paraId="7FDBBF65" w14:textId="77777777" w:rsidR="005B373D" w:rsidRDefault="00000000">
      <w:r>
        <w:t>a) 67,5 x 4,9</w:t>
      </w:r>
    </w:p>
    <w:p w14:paraId="2C4A7868" w14:textId="77777777" w:rsidR="005B373D" w:rsidRDefault="00000000">
      <w:r>
        <w:t>b) (3698,25 - 289,5) + 2607</w:t>
      </w:r>
    </w:p>
    <w:p w14:paraId="3FFA0B38" w14:textId="77777777" w:rsidR="005B373D" w:rsidRDefault="00000000">
      <w:r>
        <w:t>c) 9,65 ÷ 0,8. Da el cociente aproximado a 0,01.</w:t>
      </w:r>
    </w:p>
    <w:p w14:paraId="768D2A39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099C678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65FA383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E10C216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3F2BC9B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23A4E64" w14:textId="77777777" w:rsidR="005B373D" w:rsidRDefault="00000000">
      <w:r>
        <w:t>2. Calcula y simplifica siempre que sea posible:</w:t>
      </w:r>
    </w:p>
    <w:p w14:paraId="21DE2221" w14:textId="77777777" w:rsidR="005B373D" w:rsidRDefault="00000000">
      <w:r>
        <w:t>(3,5 - 1/2) ÷ (3/4 + 5/6)</w:t>
      </w:r>
    </w:p>
    <w:p w14:paraId="61D0109F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61A8C4A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384B545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52AEF5B" w14:textId="77777777" w:rsidR="005B373D" w:rsidRDefault="00000000">
      <w:r>
        <w:t>3. Ordena los números siguientes de forma creciente:</w:t>
      </w:r>
    </w:p>
    <w:p w14:paraId="6B2D6759" w14:textId="77777777" w:rsidR="005B373D" w:rsidRDefault="00000000">
      <w:r>
        <w:t>2/5 ; 3/5 ; 7/2 ; 7 ; 7/3 ; 0,7</w:t>
      </w:r>
    </w:p>
    <w:p w14:paraId="47E2B3BF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F168E50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F5E6A6D" w14:textId="77777777" w:rsidR="005B373D" w:rsidRDefault="00000000">
      <w:r>
        <w:t>4. Convierte a la unidad adecuada:</w:t>
      </w:r>
    </w:p>
    <w:p w14:paraId="6425CFDB" w14:textId="77777777" w:rsidR="005B373D" w:rsidRDefault="00000000">
      <w:r>
        <w:t>5,62 m³ + 13,7 dm³ = ................................ l</w:t>
      </w:r>
    </w:p>
    <w:p w14:paraId="19A3F2EE" w14:textId="77777777" w:rsidR="005B373D" w:rsidRDefault="00000000">
      <w:r>
        <w:t>182,9 dag - 259 g = ................................ kg</w:t>
      </w:r>
    </w:p>
    <w:p w14:paraId="4EFB1B94" w14:textId="239892D4" w:rsidR="005972D5" w:rsidRDefault="00000000">
      <w:r>
        <w:t>2,5 ha = ................................ m²</w:t>
      </w:r>
    </w:p>
    <w:p w14:paraId="35E4BFA3" w14:textId="77777777" w:rsidR="005972D5" w:rsidRDefault="005972D5"/>
    <w:p w14:paraId="6626CF00" w14:textId="77777777" w:rsidR="005B373D" w:rsidRDefault="00000000">
      <w:r>
        <w:t>5. Un coche salió de la ciudad de Oujda hacia Fez a las 9 h 15 min y llegó a Fez a las 13 h 35 min.</w:t>
      </w:r>
    </w:p>
    <w:p w14:paraId="79E01B26" w14:textId="77777777" w:rsidR="005B373D" w:rsidRDefault="00000000">
      <w:r>
        <w:t>a) Calcula la duración del trayecto entre Oujda y Fez.</w:t>
      </w:r>
    </w:p>
    <w:p w14:paraId="257E6D14" w14:textId="77777777" w:rsidR="005B373D" w:rsidRDefault="00000000">
      <w:r>
        <w:t>b) Sabiendo que la distancia entre Oujda y Fez es de 350 km, calcula la velocidad media del coche.</w:t>
      </w:r>
    </w:p>
    <w:p w14:paraId="7E2B5DDF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0BD2A66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4106498" w14:textId="77777777" w:rsidR="005B373D" w:rsidRDefault="00000000">
      <w:pPr>
        <w:spacing w:after="0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5609519" w14:textId="77777777" w:rsidR="005972D5" w:rsidRDefault="005972D5">
      <w:pPr>
        <w:spacing w:after="0"/>
        <w:rPr>
          <w:sz w:val="16"/>
        </w:rPr>
      </w:pPr>
    </w:p>
    <w:p w14:paraId="50368207" w14:textId="77777777" w:rsidR="005972D5" w:rsidRDefault="005972D5">
      <w:pPr>
        <w:spacing w:after="0"/>
        <w:rPr>
          <w:sz w:val="16"/>
        </w:rPr>
      </w:pPr>
    </w:p>
    <w:p w14:paraId="3565A909" w14:textId="77777777" w:rsidR="005972D5" w:rsidRDefault="005972D5">
      <w:pPr>
        <w:spacing w:after="0"/>
        <w:rPr>
          <w:sz w:val="16"/>
        </w:rPr>
      </w:pPr>
    </w:p>
    <w:p w14:paraId="1920A15A" w14:textId="77777777" w:rsidR="005972D5" w:rsidRDefault="005972D5">
      <w:pPr>
        <w:spacing w:after="0"/>
        <w:rPr>
          <w:sz w:val="16"/>
        </w:rPr>
      </w:pPr>
    </w:p>
    <w:p w14:paraId="48013958" w14:textId="77777777" w:rsidR="005972D5" w:rsidRDefault="005972D5">
      <w:pPr>
        <w:spacing w:after="0"/>
        <w:rPr>
          <w:sz w:val="16"/>
        </w:rPr>
      </w:pPr>
    </w:p>
    <w:p w14:paraId="49778C0F" w14:textId="77777777" w:rsidR="005972D5" w:rsidRDefault="005972D5">
      <w:pPr>
        <w:spacing w:after="0"/>
        <w:rPr>
          <w:sz w:val="16"/>
        </w:rPr>
      </w:pPr>
    </w:p>
    <w:p w14:paraId="12A56801" w14:textId="77777777" w:rsidR="005972D5" w:rsidRDefault="005972D5">
      <w:pPr>
        <w:spacing w:after="0"/>
        <w:rPr>
          <w:sz w:val="16"/>
        </w:rPr>
      </w:pPr>
    </w:p>
    <w:p w14:paraId="34B9987B" w14:textId="77777777" w:rsidR="005972D5" w:rsidRDefault="005972D5">
      <w:pPr>
        <w:spacing w:after="0"/>
        <w:rPr>
          <w:sz w:val="16"/>
        </w:rPr>
      </w:pPr>
    </w:p>
    <w:p w14:paraId="6A6C8563" w14:textId="77777777" w:rsidR="005972D5" w:rsidRDefault="005972D5">
      <w:pPr>
        <w:spacing w:after="0"/>
        <w:rPr>
          <w:sz w:val="16"/>
        </w:rPr>
      </w:pPr>
    </w:p>
    <w:p w14:paraId="7D063D8D" w14:textId="77777777" w:rsidR="005972D5" w:rsidRDefault="005972D5">
      <w:pPr>
        <w:spacing w:after="0"/>
        <w:rPr>
          <w:sz w:val="16"/>
        </w:rPr>
      </w:pPr>
    </w:p>
    <w:p w14:paraId="4D699F97" w14:textId="77777777" w:rsidR="005972D5" w:rsidRDefault="005972D5">
      <w:pPr>
        <w:spacing w:after="0"/>
        <w:rPr>
          <w:sz w:val="16"/>
        </w:rPr>
      </w:pPr>
    </w:p>
    <w:p w14:paraId="1C723E9E" w14:textId="77777777" w:rsidR="005972D5" w:rsidRDefault="005972D5">
      <w:pPr>
        <w:spacing w:after="0"/>
      </w:pPr>
    </w:p>
    <w:p w14:paraId="13EFF762" w14:textId="77777777" w:rsidR="005B373D" w:rsidRDefault="00000000">
      <w:r>
        <w:t>6. La figura siguiente es el diseño de un depósito cilíndrico dibujado a escala 1/500.</w:t>
      </w:r>
    </w:p>
    <w:p w14:paraId="77F22E1C" w14:textId="77777777" w:rsidR="005B373D" w:rsidRDefault="00000000">
      <w:r>
        <w:rPr>
          <w:i/>
          <w:sz w:val="18"/>
        </w:rPr>
        <w:t>Figura del depósito cilíndrico.</w:t>
      </w:r>
    </w:p>
    <w:p w14:paraId="20DFDB44" w14:textId="3017A468" w:rsidR="005B373D" w:rsidRDefault="005972D5">
      <w:pPr>
        <w:jc w:val="center"/>
      </w:pPr>
      <w:r w:rsidRPr="005972D5">
        <w:drawing>
          <wp:inline distT="0" distB="0" distL="0" distR="0" wp14:anchorId="160B0366" wp14:editId="3F8E1CD2">
            <wp:extent cx="3191320" cy="3381847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33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732E" w14:textId="77777777" w:rsidR="005B373D" w:rsidRDefault="00000000">
      <w:r>
        <w:t>a) Calcula la altura real y el radio real de este depósito.</w:t>
      </w:r>
    </w:p>
    <w:p w14:paraId="51AE7D62" w14:textId="77777777" w:rsidR="005B373D" w:rsidRDefault="00000000">
      <w:r>
        <w:t>b) Calcula el volumen del depósito.</w:t>
      </w:r>
    </w:p>
    <w:p w14:paraId="2E0CF1FE" w14:textId="77777777" w:rsidR="005B373D" w:rsidRDefault="00000000">
      <w:r>
        <w:t>c) Si el depósito se llena hasta los 4/5 de su capacidad, determina la cantidad de agua que contiene.</w:t>
      </w:r>
    </w:p>
    <w:p w14:paraId="41AC6B80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EA4D941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52F5E97" w14:textId="77777777" w:rsidR="005B373D" w:rsidRDefault="00000000">
      <w:r>
        <w:br w:type="page"/>
      </w:r>
    </w:p>
    <w:p w14:paraId="654CA7BC" w14:textId="77777777" w:rsidR="005B373D" w:rsidRDefault="00000000">
      <w:r>
        <w:lastRenderedPageBreak/>
        <w:t>7. El sólido siguiente representa una pieza metálica de acero. Calcula la masa de la pieza sabiendo que la masa volumétrica del acero es 7,85 kg/dm³.</w:t>
      </w:r>
    </w:p>
    <w:p w14:paraId="48CBD22E" w14:textId="77777777" w:rsidR="005B373D" w:rsidRDefault="00000000">
      <w:r>
        <w:rPr>
          <w:i/>
          <w:sz w:val="18"/>
        </w:rPr>
        <w:t>Pieza metálica del enunciado.</w:t>
      </w:r>
    </w:p>
    <w:p w14:paraId="4E4B045A" w14:textId="3F921223" w:rsidR="005B373D" w:rsidRDefault="005972D5">
      <w:pPr>
        <w:jc w:val="center"/>
      </w:pPr>
      <w:r w:rsidRPr="005972D5">
        <w:drawing>
          <wp:inline distT="0" distB="0" distL="0" distR="0" wp14:anchorId="61CE8CAC" wp14:editId="4BF79905">
            <wp:extent cx="4039164" cy="3515216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9164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2E223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6DA32B4" w14:textId="77777777" w:rsidR="005B373D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BD802FF" w14:textId="77777777" w:rsidR="005B373D" w:rsidRDefault="00000000">
      <w:r>
        <w:t>8. Construye la figura simétrica respecto de la recta (D).</w:t>
      </w:r>
    </w:p>
    <w:p w14:paraId="58F7E825" w14:textId="77777777" w:rsidR="005B373D" w:rsidRDefault="00000000">
      <w:r>
        <w:rPr>
          <w:i/>
          <w:sz w:val="18"/>
        </w:rPr>
        <w:t>Figura para la simetría axial.</w:t>
      </w:r>
    </w:p>
    <w:p w14:paraId="3991C8DB" w14:textId="7BB0EA05" w:rsidR="005B373D" w:rsidRDefault="005972D5">
      <w:pPr>
        <w:jc w:val="center"/>
      </w:pPr>
      <w:r w:rsidRPr="005972D5">
        <w:drawing>
          <wp:inline distT="0" distB="0" distL="0" distR="0" wp14:anchorId="4D0EC10B" wp14:editId="1D11B3C0">
            <wp:extent cx="2038991" cy="34099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2572" cy="341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73D" w:rsidSect="00034616">
      <w:pgSz w:w="12240" w:h="15840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567887">
    <w:abstractNumId w:val="8"/>
  </w:num>
  <w:num w:numId="2" w16cid:durableId="1853639122">
    <w:abstractNumId w:val="6"/>
  </w:num>
  <w:num w:numId="3" w16cid:durableId="2015954532">
    <w:abstractNumId w:val="5"/>
  </w:num>
  <w:num w:numId="4" w16cid:durableId="1769618642">
    <w:abstractNumId w:val="4"/>
  </w:num>
  <w:num w:numId="5" w16cid:durableId="1453206188">
    <w:abstractNumId w:val="7"/>
  </w:num>
  <w:num w:numId="6" w16cid:durableId="2045712538">
    <w:abstractNumId w:val="3"/>
  </w:num>
  <w:num w:numId="7" w16cid:durableId="1896963474">
    <w:abstractNumId w:val="2"/>
  </w:num>
  <w:num w:numId="8" w16cid:durableId="1633242097">
    <w:abstractNumId w:val="1"/>
  </w:num>
  <w:num w:numId="9" w16cid:durableId="207974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72D5"/>
    <w:rsid w:val="005B373D"/>
    <w:rsid w:val="00AA1D8D"/>
    <w:rsid w:val="00B47730"/>
    <w:rsid w:val="00CB0664"/>
    <w:rsid w:val="00D521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09FC8"/>
  <w14:defaultImageDpi w14:val="300"/>
  <w15:docId w15:val="{45FC9930-35C0-4EF3-8AB9-C887AB04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2026-06-29T11:31:00Z</dcterms:modified>
  <cp:category/>
</cp:coreProperties>
</file>