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8D584" w14:textId="77777777" w:rsidR="005936E0" w:rsidRDefault="00000000">
      <w:pPr>
        <w:jc w:val="center"/>
      </w:pPr>
      <w:r>
        <w:rPr>
          <w:b/>
          <w:sz w:val="32"/>
        </w:rPr>
        <w:t>Matemáticas — Control continuo 2 — Primer semestre</w:t>
      </w:r>
    </w:p>
    <w:p w14:paraId="61540710" w14:textId="77777777" w:rsidR="005936E0" w:rsidRDefault="00000000">
      <w:pPr>
        <w:jc w:val="center"/>
      </w:pPr>
      <w:r>
        <w:rPr>
          <w:b/>
          <w:sz w:val="26"/>
        </w:rPr>
        <w:t>6.º Primaria — Modelo 5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23"/>
        <w:gridCol w:w="2884"/>
        <w:gridCol w:w="2623"/>
        <w:gridCol w:w="2626"/>
      </w:tblGrid>
      <w:tr w:rsidR="005936E0" w14:paraId="167B588A" w14:textId="77777777">
        <w:trPr>
          <w:jc w:val="center"/>
        </w:trPr>
        <w:tc>
          <w:tcPr>
            <w:tcW w:w="2635" w:type="dxa"/>
          </w:tcPr>
          <w:p w14:paraId="6F9FD00B" w14:textId="77777777" w:rsidR="005936E0" w:rsidRDefault="00000000">
            <w:r>
              <w:rPr>
                <w:b/>
                <w:sz w:val="20"/>
              </w:rPr>
              <w:t>Nombre:</w:t>
            </w:r>
          </w:p>
        </w:tc>
        <w:tc>
          <w:tcPr>
            <w:tcW w:w="2635" w:type="dxa"/>
          </w:tcPr>
          <w:p w14:paraId="60FD3107" w14:textId="77777777" w:rsidR="005936E0" w:rsidRDefault="00000000">
            <w:r>
              <w:rPr>
                <w:sz w:val="20"/>
              </w:rPr>
              <w:t>................................................</w:t>
            </w:r>
          </w:p>
        </w:tc>
        <w:tc>
          <w:tcPr>
            <w:tcW w:w="2635" w:type="dxa"/>
          </w:tcPr>
          <w:p w14:paraId="6C4EBD45" w14:textId="77777777" w:rsidR="005936E0" w:rsidRDefault="00000000">
            <w:pPr>
              <w:jc w:val="center"/>
            </w:pPr>
            <w:r>
              <w:rPr>
                <w:b/>
                <w:sz w:val="20"/>
              </w:rPr>
              <w:t>Grupo: B</w:t>
            </w:r>
          </w:p>
        </w:tc>
        <w:tc>
          <w:tcPr>
            <w:tcW w:w="2635" w:type="dxa"/>
          </w:tcPr>
          <w:p w14:paraId="23BFF734" w14:textId="77777777" w:rsidR="005936E0" w:rsidRDefault="00000000">
            <w:r>
              <w:rPr>
                <w:sz w:val="20"/>
              </w:rPr>
              <w:t>Fecha: ........................</w:t>
            </w:r>
          </w:p>
        </w:tc>
      </w:tr>
      <w:tr w:rsidR="005936E0" w14:paraId="2DA1D21C" w14:textId="77777777">
        <w:trPr>
          <w:jc w:val="center"/>
        </w:trPr>
        <w:tc>
          <w:tcPr>
            <w:tcW w:w="2635" w:type="dxa"/>
          </w:tcPr>
          <w:p w14:paraId="15006706" w14:textId="77777777" w:rsidR="005936E0" w:rsidRDefault="00000000">
            <w:pPr>
              <w:jc w:val="center"/>
            </w:pPr>
            <w:r>
              <w:rPr>
                <w:b/>
                <w:sz w:val="20"/>
              </w:rPr>
              <w:t>Nota</w:t>
            </w:r>
          </w:p>
        </w:tc>
        <w:tc>
          <w:tcPr>
            <w:tcW w:w="2635" w:type="dxa"/>
          </w:tcPr>
          <w:p w14:paraId="4B7D1032" w14:textId="77777777" w:rsidR="005936E0" w:rsidRDefault="00000000">
            <w:pPr>
              <w:jc w:val="center"/>
            </w:pPr>
            <w:r>
              <w:rPr>
                <w:b/>
                <w:sz w:val="20"/>
              </w:rPr>
              <w:t>Firma padre/tutor</w:t>
            </w:r>
          </w:p>
        </w:tc>
        <w:tc>
          <w:tcPr>
            <w:tcW w:w="2635" w:type="dxa"/>
          </w:tcPr>
          <w:p w14:paraId="17E31ECA" w14:textId="77777777" w:rsidR="005936E0" w:rsidRDefault="00000000">
            <w:pPr>
              <w:jc w:val="center"/>
            </w:pPr>
            <w:r>
              <w:rPr>
                <w:b/>
                <w:sz w:val="20"/>
              </w:rPr>
              <w:t>Firma dirección</w:t>
            </w:r>
          </w:p>
        </w:tc>
        <w:tc>
          <w:tcPr>
            <w:tcW w:w="2635" w:type="dxa"/>
          </w:tcPr>
          <w:p w14:paraId="7F20EFF0" w14:textId="77777777" w:rsidR="005936E0" w:rsidRDefault="00000000">
            <w:pPr>
              <w:jc w:val="center"/>
            </w:pPr>
            <w:r>
              <w:rPr>
                <w:b/>
                <w:sz w:val="20"/>
              </w:rPr>
              <w:t>......... / 20</w:t>
            </w:r>
          </w:p>
        </w:tc>
      </w:tr>
    </w:tbl>
    <w:p w14:paraId="340642D5" w14:textId="77777777" w:rsidR="005936E0" w:rsidRDefault="00000000">
      <w:pPr>
        <w:spacing w:before="60" w:after="40"/>
      </w:pPr>
      <w:r>
        <w:rPr>
          <w:b/>
          <w:sz w:val="24"/>
        </w:rPr>
        <w:t>1. Coloca y calcula:</w:t>
      </w:r>
    </w:p>
    <w:p w14:paraId="6F3EA3DE" w14:textId="77777777" w:rsidR="005936E0" w:rsidRDefault="00000000">
      <w:pPr>
        <w:spacing w:before="20" w:after="20"/>
      </w:pPr>
      <w:r>
        <w:t>(76895,2 - 5125,89) + 54983,5</w:t>
      </w:r>
    </w:p>
    <w:p w14:paraId="51216838" w14:textId="77777777" w:rsidR="005936E0" w:rsidRDefault="00000000">
      <w:pPr>
        <w:spacing w:before="20" w:after="20"/>
      </w:pPr>
      <w:r>
        <w:t>6450 ÷ 15</w:t>
      </w:r>
    </w:p>
    <w:p w14:paraId="09A80DD4" w14:textId="77777777" w:rsidR="005936E0" w:rsidRDefault="00000000">
      <w:pPr>
        <w:spacing w:before="20" w:after="20"/>
      </w:pPr>
      <w:r>
        <w:t>736,42 ÷ 4,5    (cociente aproximado a 0,01)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5936E0" w14:paraId="6F714B9F" w14:textId="77777777">
        <w:trPr>
          <w:jc w:val="center"/>
        </w:trPr>
        <w:tc>
          <w:tcPr>
            <w:tcW w:w="10540" w:type="dxa"/>
          </w:tcPr>
          <w:p w14:paraId="0F273D8F" w14:textId="77777777" w:rsidR="005936E0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686F0733" w14:textId="77777777" w:rsidR="005936E0" w:rsidRDefault="00000000">
      <w:pPr>
        <w:spacing w:before="60" w:after="40"/>
      </w:pPr>
      <w:r>
        <w:rPr>
          <w:b/>
          <w:sz w:val="24"/>
        </w:rPr>
        <w:t>2. Calcula:</w:t>
      </w:r>
    </w:p>
    <w:p w14:paraId="067413DC" w14:textId="77777777" w:rsidR="005936E0" w:rsidRDefault="00000000">
      <w:pPr>
        <w:spacing w:before="20" w:after="20"/>
      </w:pPr>
      <w:r>
        <w:t>12,5 ÷ 0,1 = ................................</w:t>
      </w:r>
    </w:p>
    <w:p w14:paraId="2E2A9AB7" w14:textId="77777777" w:rsidR="005936E0" w:rsidRDefault="00000000">
      <w:pPr>
        <w:spacing w:before="20" w:after="20"/>
      </w:pPr>
      <w:r>
        <w:t>152,4 ÷ 100 = ................................</w:t>
      </w:r>
    </w:p>
    <w:p w14:paraId="337E365F" w14:textId="77777777" w:rsidR="005936E0" w:rsidRDefault="00000000">
      <w:pPr>
        <w:spacing w:before="60" w:after="40"/>
      </w:pPr>
      <w:r>
        <w:rPr>
          <w:b/>
          <w:sz w:val="24"/>
        </w:rPr>
        <w:t>3. Completa con lo que corresponda:</w:t>
      </w:r>
    </w:p>
    <w:p w14:paraId="0BF8B6D4" w14:textId="77777777" w:rsidR="005936E0" w:rsidRDefault="00000000">
      <w:pPr>
        <w:spacing w:before="20" w:after="20"/>
      </w:pPr>
      <w:r>
        <w:t>187,6 hm = ................................ m</w:t>
      </w:r>
    </w:p>
    <w:p w14:paraId="5F8A8E19" w14:textId="77777777" w:rsidR="005936E0" w:rsidRDefault="00000000">
      <w:pPr>
        <w:spacing w:before="20" w:after="20"/>
      </w:pPr>
      <w:r>
        <w:t>17,7 km 165 hm = ................................ m</w:t>
      </w:r>
    </w:p>
    <w:p w14:paraId="617A3FEE" w14:textId="77777777" w:rsidR="005936E0" w:rsidRDefault="00000000">
      <w:pPr>
        <w:spacing w:before="60" w:after="40"/>
      </w:pPr>
      <w:r>
        <w:rPr>
          <w:b/>
          <w:sz w:val="24"/>
        </w:rPr>
        <w:t>4. Entre los números siguientes, indica cuáles son divisibles por 2, por 3 y por 5 a la vez:</w:t>
      </w:r>
    </w:p>
    <w:p w14:paraId="29F3680D" w14:textId="77777777" w:rsidR="005936E0" w:rsidRDefault="00000000">
      <w:pPr>
        <w:spacing w:before="20" w:after="20"/>
      </w:pPr>
      <w:r>
        <w:t>550 ; 7651 ; 7740 ; 330 ; 26315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5936E0" w14:paraId="5B67A43C" w14:textId="77777777">
        <w:trPr>
          <w:jc w:val="center"/>
        </w:trPr>
        <w:tc>
          <w:tcPr>
            <w:tcW w:w="10540" w:type="dxa"/>
          </w:tcPr>
          <w:p w14:paraId="6E7359E6" w14:textId="77777777" w:rsidR="00901CAE" w:rsidRDefault="00000000">
            <w:r>
              <w:br/>
            </w:r>
            <w:r>
              <w:br/>
            </w:r>
          </w:p>
          <w:p w14:paraId="4ACEB478" w14:textId="77777777" w:rsidR="00901CAE" w:rsidRDefault="00901CAE"/>
          <w:p w14:paraId="2F62A35D" w14:textId="77777777" w:rsidR="00901CAE" w:rsidRDefault="00901CAE"/>
          <w:p w14:paraId="79EB8559" w14:textId="76EE4F3C" w:rsidR="005936E0" w:rsidRDefault="00000000">
            <w:r>
              <w:br/>
            </w:r>
          </w:p>
        </w:tc>
      </w:tr>
    </w:tbl>
    <w:p w14:paraId="32148A35" w14:textId="77777777" w:rsidR="005936E0" w:rsidRDefault="00000000">
      <w:pPr>
        <w:spacing w:before="60" w:after="40"/>
      </w:pPr>
      <w:r>
        <w:rPr>
          <w:b/>
          <w:sz w:val="24"/>
        </w:rPr>
        <w:t>5. Construye el paralelogramo ABCD sabiendo que:</w:t>
      </w:r>
    </w:p>
    <w:p w14:paraId="5906E91F" w14:textId="77777777" w:rsidR="005936E0" w:rsidRDefault="00000000">
      <w:pPr>
        <w:spacing w:before="20" w:after="20"/>
      </w:pPr>
      <w:r>
        <w:t>AB = 4,5 cm, BC = 6 cm y ∠ABC = 30°. Después, deduce la medida del ángulo BCD.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5936E0" w14:paraId="61A38083" w14:textId="77777777">
        <w:trPr>
          <w:jc w:val="center"/>
        </w:trPr>
        <w:tc>
          <w:tcPr>
            <w:tcW w:w="10540" w:type="dxa"/>
          </w:tcPr>
          <w:p w14:paraId="5E05A8E8" w14:textId="77777777" w:rsidR="00901CAE" w:rsidRDefault="00000000">
            <w:r>
              <w:br/>
            </w:r>
            <w:r>
              <w:br/>
            </w:r>
          </w:p>
          <w:p w14:paraId="66CEA7F6" w14:textId="77777777" w:rsidR="00901CAE" w:rsidRDefault="00901CAE"/>
          <w:p w14:paraId="452CDFA0" w14:textId="77777777" w:rsidR="00901CAE" w:rsidRDefault="00901CAE"/>
          <w:p w14:paraId="412A0EBF" w14:textId="77777777" w:rsidR="00901CAE" w:rsidRDefault="00901CAE"/>
          <w:p w14:paraId="0FF21DA6" w14:textId="77777777" w:rsidR="00901CAE" w:rsidRDefault="00901CAE"/>
          <w:p w14:paraId="721102BE" w14:textId="77777777" w:rsidR="00901CAE" w:rsidRDefault="00901CAE"/>
          <w:p w14:paraId="38EBF81E" w14:textId="77777777" w:rsidR="00901CAE" w:rsidRDefault="00901CAE"/>
          <w:p w14:paraId="4A29ADB9" w14:textId="77777777" w:rsidR="00901CAE" w:rsidRDefault="00901CAE"/>
          <w:p w14:paraId="12F2C44F" w14:textId="77777777" w:rsidR="00901CAE" w:rsidRDefault="00901CAE"/>
          <w:p w14:paraId="792A2A3E" w14:textId="3BFA78A2" w:rsidR="005936E0" w:rsidRDefault="00000000"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58860252" w14:textId="77777777" w:rsidR="005936E0" w:rsidRDefault="00000000">
      <w:r>
        <w:br w:type="page"/>
      </w:r>
    </w:p>
    <w:p w14:paraId="2813F0BD" w14:textId="77777777" w:rsidR="005936E0" w:rsidRDefault="00000000">
      <w:pPr>
        <w:jc w:val="center"/>
      </w:pPr>
      <w:r>
        <w:rPr>
          <w:b/>
          <w:sz w:val="32"/>
        </w:rPr>
        <w:lastRenderedPageBreak/>
        <w:t>Matemáticas — Control continuo 2 — Modelo 5</w:t>
      </w:r>
    </w:p>
    <w:p w14:paraId="20073A2F" w14:textId="77777777" w:rsidR="005936E0" w:rsidRDefault="00000000">
      <w:pPr>
        <w:spacing w:before="60" w:after="40"/>
      </w:pPr>
      <w:r>
        <w:rPr>
          <w:b/>
          <w:sz w:val="24"/>
        </w:rPr>
        <w:t>6. Construye el rombo EFGH sabiendo que EG = 6 cm y FH = 8 cm.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5936E0" w14:paraId="246D3B74" w14:textId="77777777">
        <w:trPr>
          <w:jc w:val="center"/>
        </w:trPr>
        <w:tc>
          <w:tcPr>
            <w:tcW w:w="10540" w:type="dxa"/>
          </w:tcPr>
          <w:p w14:paraId="70BECD08" w14:textId="77777777" w:rsidR="00901CAE" w:rsidRDefault="00000000">
            <w:r>
              <w:br/>
            </w:r>
            <w:r>
              <w:br/>
            </w:r>
            <w:r>
              <w:br/>
            </w:r>
          </w:p>
          <w:p w14:paraId="5E1C40B6" w14:textId="77777777" w:rsidR="00901CAE" w:rsidRDefault="00901CAE"/>
          <w:p w14:paraId="6FD808A0" w14:textId="77777777" w:rsidR="00901CAE" w:rsidRDefault="00901CAE"/>
          <w:p w14:paraId="3A784A48" w14:textId="77777777" w:rsidR="00901CAE" w:rsidRDefault="00901CAE"/>
          <w:p w14:paraId="504FE767" w14:textId="4DCFDDAE" w:rsidR="005936E0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0D8E8D3D" w14:textId="77777777" w:rsidR="005936E0" w:rsidRDefault="00000000">
      <w:pPr>
        <w:spacing w:before="60" w:after="40"/>
      </w:pPr>
      <w:r>
        <w:rPr>
          <w:b/>
          <w:sz w:val="24"/>
        </w:rPr>
        <w:t>7. Construye un cuadrado ABCD sabiendo que AB = 5 cm.</w:t>
      </w:r>
    </w:p>
    <w:p w14:paraId="30CD0433" w14:textId="77777777" w:rsidR="005936E0" w:rsidRDefault="00000000">
      <w:pPr>
        <w:spacing w:before="20" w:after="20"/>
      </w:pPr>
      <w:r>
        <w:t>a) Construye el punto O, intersección de las diagonales.</w:t>
      </w:r>
    </w:p>
    <w:p w14:paraId="4426E45B" w14:textId="77777777" w:rsidR="005936E0" w:rsidRDefault="00000000">
      <w:pPr>
        <w:spacing w:before="20" w:after="20"/>
      </w:pPr>
      <w:r>
        <w:t>b) Construye la circunferencia de centro O y radio OB.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5936E0" w14:paraId="360AE520" w14:textId="77777777">
        <w:trPr>
          <w:jc w:val="center"/>
        </w:trPr>
        <w:tc>
          <w:tcPr>
            <w:tcW w:w="10540" w:type="dxa"/>
          </w:tcPr>
          <w:p w14:paraId="6115448F" w14:textId="77777777" w:rsidR="00901CAE" w:rsidRDefault="00000000"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37FACFF1" w14:textId="77777777" w:rsidR="00901CAE" w:rsidRDefault="00901CAE"/>
          <w:p w14:paraId="4E1E8938" w14:textId="77777777" w:rsidR="00901CAE" w:rsidRDefault="00901CAE"/>
          <w:p w14:paraId="23134A02" w14:textId="2C081BC8" w:rsidR="005936E0" w:rsidRDefault="00000000"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5B04D184" w14:textId="77777777" w:rsidR="005936E0" w:rsidRDefault="00000000">
      <w:pPr>
        <w:spacing w:before="60" w:after="40"/>
      </w:pPr>
      <w:r>
        <w:rPr>
          <w:b/>
          <w:sz w:val="24"/>
        </w:rPr>
        <w:t>8. Dibuja el segmento [EF] sabiendo que EF = 7 cm.</w:t>
      </w:r>
    </w:p>
    <w:p w14:paraId="62E6AD70" w14:textId="77777777" w:rsidR="005936E0" w:rsidRDefault="00000000">
      <w:pPr>
        <w:spacing w:before="20" w:after="20"/>
      </w:pPr>
      <w:r>
        <w:t>a) Dibuja la circunferencia de centro E y radio 5 cm, y la circunferencia de centro F y radio 3 m.</w:t>
      </w:r>
    </w:p>
    <w:p w14:paraId="46987E86" w14:textId="77777777" w:rsidR="005936E0" w:rsidRDefault="00000000">
      <w:pPr>
        <w:spacing w:before="20" w:after="20"/>
      </w:pPr>
      <w:r>
        <w:t>b) Llama G y H a los dos puntos que pertenecen a la vez a las dos circunferencias. Después calcula el perímetro del cuadrilátero EFGH.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5936E0" w14:paraId="5E79C07F" w14:textId="77777777">
        <w:trPr>
          <w:jc w:val="center"/>
        </w:trPr>
        <w:tc>
          <w:tcPr>
            <w:tcW w:w="10540" w:type="dxa"/>
          </w:tcPr>
          <w:p w14:paraId="30BF1804" w14:textId="77777777" w:rsidR="00901CAE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2E1FACD4" w14:textId="77777777" w:rsidR="00901CAE" w:rsidRDefault="00901CAE"/>
          <w:p w14:paraId="04BFCB9C" w14:textId="77777777" w:rsidR="00901CAE" w:rsidRDefault="00901CAE"/>
          <w:p w14:paraId="1825A6CD" w14:textId="77777777" w:rsidR="00901CAE" w:rsidRDefault="00901CAE"/>
          <w:p w14:paraId="09EA6EF1" w14:textId="77777777" w:rsidR="00901CAE" w:rsidRDefault="00901CAE"/>
          <w:p w14:paraId="2794FA8C" w14:textId="77777777" w:rsidR="00901CAE" w:rsidRDefault="00901CAE"/>
          <w:p w14:paraId="0EE7B293" w14:textId="77777777" w:rsidR="00901CAE" w:rsidRDefault="00901CAE"/>
          <w:p w14:paraId="2CFF5175" w14:textId="77777777" w:rsidR="00901CAE" w:rsidRDefault="00901CAE"/>
          <w:p w14:paraId="37DF6C91" w14:textId="77777777" w:rsidR="00901CAE" w:rsidRDefault="00901CAE"/>
          <w:p w14:paraId="633AB68A" w14:textId="59E4C17B" w:rsidR="005936E0" w:rsidRDefault="00000000">
            <w:r>
              <w:br/>
            </w:r>
          </w:p>
        </w:tc>
      </w:tr>
    </w:tbl>
    <w:p w14:paraId="7FDAA558" w14:textId="77777777" w:rsidR="005936E0" w:rsidRDefault="00000000">
      <w:r>
        <w:br w:type="page"/>
      </w:r>
    </w:p>
    <w:p w14:paraId="02061FAD" w14:textId="77777777" w:rsidR="005936E0" w:rsidRDefault="00000000">
      <w:pPr>
        <w:jc w:val="center"/>
      </w:pPr>
      <w:r>
        <w:rPr>
          <w:b/>
          <w:sz w:val="32"/>
        </w:rPr>
        <w:lastRenderedPageBreak/>
        <w:t>Matemáticas — Control continuo 2 — Modelo 5</w:t>
      </w:r>
    </w:p>
    <w:p w14:paraId="3FF9E951" w14:textId="77777777" w:rsidR="005936E0" w:rsidRDefault="00000000">
      <w:pPr>
        <w:spacing w:before="60" w:after="40"/>
      </w:pPr>
      <w:r>
        <w:rPr>
          <w:b/>
          <w:sz w:val="24"/>
        </w:rPr>
        <w:t>9. Problema</w:t>
      </w:r>
    </w:p>
    <w:p w14:paraId="7178AE7A" w14:textId="77777777" w:rsidR="005936E0" w:rsidRDefault="00000000">
      <w:pPr>
        <w:spacing w:before="20" w:after="20"/>
      </w:pPr>
      <w:r>
        <w:t>Los glóbulos rojos de la sangre humana son discos muy pequeños que solo se ven con el microscopio. El diámetro de un glóbulo rojo es de 7 μm (micrómetros).</w:t>
      </w:r>
    </w:p>
    <w:p w14:paraId="3DCA7E4C" w14:textId="77777777" w:rsidR="005936E0" w:rsidRDefault="00000000">
      <w:pPr>
        <w:spacing w:before="20" w:after="20"/>
      </w:pPr>
      <w:r>
        <w:t>Si alineamos glóbulos rojos uno junto a otro, ¿cuántos glóbulos rojos necesitamos para formar una fila de 14 mm de longitud?</w:t>
      </w:r>
    </w:p>
    <w:p w14:paraId="1C5C0CBE" w14:textId="77777777" w:rsidR="005936E0" w:rsidRDefault="00000000">
      <w:pPr>
        <w:spacing w:before="20" w:after="20"/>
      </w:pPr>
      <w:r>
        <w:t>Dato: 1 mm = 1000 μm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5936E0" w14:paraId="4487739C" w14:textId="77777777">
        <w:trPr>
          <w:jc w:val="center"/>
        </w:trPr>
        <w:tc>
          <w:tcPr>
            <w:tcW w:w="10540" w:type="dxa"/>
          </w:tcPr>
          <w:p w14:paraId="7D0412CE" w14:textId="77777777" w:rsidR="00901CAE" w:rsidRDefault="00000000">
            <w:r>
              <w:br/>
            </w:r>
            <w:r>
              <w:br/>
            </w:r>
          </w:p>
          <w:p w14:paraId="125E2FEF" w14:textId="77777777" w:rsidR="00901CAE" w:rsidRDefault="00901CAE"/>
          <w:p w14:paraId="37EA34A2" w14:textId="77777777" w:rsidR="00901CAE" w:rsidRDefault="00901CAE"/>
          <w:p w14:paraId="1426BD6F" w14:textId="77777777" w:rsidR="00901CAE" w:rsidRDefault="00901CAE"/>
          <w:p w14:paraId="41364FAF" w14:textId="77777777" w:rsidR="00901CAE" w:rsidRDefault="00901CAE"/>
          <w:p w14:paraId="023D0081" w14:textId="77777777" w:rsidR="00901CAE" w:rsidRDefault="00901CAE"/>
          <w:p w14:paraId="7F78FE4E" w14:textId="77777777" w:rsidR="00901CAE" w:rsidRDefault="00901CAE"/>
          <w:p w14:paraId="08F85B4C" w14:textId="77777777" w:rsidR="00901CAE" w:rsidRDefault="00901CAE"/>
          <w:p w14:paraId="51888A3E" w14:textId="77777777" w:rsidR="00901CAE" w:rsidRDefault="00901CAE"/>
          <w:p w14:paraId="02779C44" w14:textId="77777777" w:rsidR="00901CAE" w:rsidRDefault="00901CAE"/>
          <w:p w14:paraId="1261946A" w14:textId="7E2C3EF1" w:rsidR="005936E0" w:rsidRDefault="00000000"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1B6AFDFE" w14:textId="77777777" w:rsidR="005936E0" w:rsidRDefault="00000000">
      <w:pPr>
        <w:spacing w:before="60" w:after="40"/>
      </w:pPr>
      <w:r>
        <w:rPr>
          <w:b/>
          <w:sz w:val="24"/>
        </w:rPr>
        <w:t>10. Problema</w:t>
      </w:r>
    </w:p>
    <w:p w14:paraId="729EB656" w14:textId="77777777" w:rsidR="005936E0" w:rsidRDefault="00000000">
      <w:pPr>
        <w:spacing w:before="20" w:after="20"/>
      </w:pPr>
      <w:r>
        <w:t>Ahmed compró un coche nuevo por 153333 dh. Pagó 43633 dh como entrada y el resto en cuotas mensuales iguales durante 5 años.</w:t>
      </w:r>
    </w:p>
    <w:p w14:paraId="4DC602DE" w14:textId="77777777" w:rsidR="005936E0" w:rsidRDefault="00000000">
      <w:pPr>
        <w:spacing w:before="20" w:after="20"/>
      </w:pPr>
      <w:r>
        <w:t>a) ¿Cuál es la cantidad restante?</w:t>
      </w:r>
    </w:p>
    <w:p w14:paraId="4068E1C7" w14:textId="77777777" w:rsidR="005936E0" w:rsidRDefault="00000000">
      <w:pPr>
        <w:spacing w:before="20" w:after="20"/>
      </w:pPr>
      <w:r>
        <w:t>b) ¿Cuál es el valor de cada cuota mensual?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5936E0" w14:paraId="30591A76" w14:textId="77777777">
        <w:trPr>
          <w:jc w:val="center"/>
        </w:trPr>
        <w:tc>
          <w:tcPr>
            <w:tcW w:w="10540" w:type="dxa"/>
          </w:tcPr>
          <w:p w14:paraId="782A1F36" w14:textId="77777777" w:rsidR="005936E0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276E4DDE" w14:textId="77777777" w:rsidR="00901CAE" w:rsidRDefault="00901CAE"/>
          <w:p w14:paraId="26A34ECF" w14:textId="77777777" w:rsidR="00901CAE" w:rsidRDefault="00901CAE"/>
          <w:p w14:paraId="1265BAA8" w14:textId="77777777" w:rsidR="00901CAE" w:rsidRDefault="00901CAE"/>
          <w:p w14:paraId="6C395588" w14:textId="77777777" w:rsidR="00901CAE" w:rsidRDefault="00901CAE"/>
          <w:p w14:paraId="1E41DC88" w14:textId="77777777" w:rsidR="00901CAE" w:rsidRDefault="00901CAE"/>
          <w:p w14:paraId="651026FA" w14:textId="77777777" w:rsidR="00901CAE" w:rsidRDefault="00901CAE"/>
          <w:p w14:paraId="17F71DCE" w14:textId="77777777" w:rsidR="00901CAE" w:rsidRDefault="00901CAE"/>
          <w:p w14:paraId="584683DE" w14:textId="77777777" w:rsidR="00901CAE" w:rsidRDefault="00901CAE"/>
          <w:p w14:paraId="7153AC74" w14:textId="77777777" w:rsidR="00901CAE" w:rsidRDefault="00901CAE"/>
          <w:p w14:paraId="0CB3E3D7" w14:textId="77777777" w:rsidR="00901CAE" w:rsidRDefault="00901CAE"/>
          <w:p w14:paraId="49DD234B" w14:textId="77777777" w:rsidR="00901CAE" w:rsidRDefault="00901CAE"/>
          <w:p w14:paraId="6410FAE8" w14:textId="77777777" w:rsidR="00901CAE" w:rsidRDefault="00901CAE"/>
          <w:p w14:paraId="12AA750C" w14:textId="77777777" w:rsidR="00901CAE" w:rsidRDefault="00901CAE"/>
        </w:tc>
      </w:tr>
    </w:tbl>
    <w:p w14:paraId="6558F72F" w14:textId="77777777" w:rsidR="003545D0" w:rsidRDefault="003545D0"/>
    <w:sectPr w:rsidR="003545D0" w:rsidSect="00034616">
      <w:footerReference w:type="default" r:id="rId8"/>
      <w:pgSz w:w="12240" w:h="15840"/>
      <w:pgMar w:top="680" w:right="850" w:bottom="68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A46A6" w14:textId="77777777" w:rsidR="003545D0" w:rsidRDefault="003545D0">
      <w:pPr>
        <w:spacing w:after="0" w:line="240" w:lineRule="auto"/>
      </w:pPr>
      <w:r>
        <w:separator/>
      </w:r>
    </w:p>
  </w:endnote>
  <w:endnote w:type="continuationSeparator" w:id="0">
    <w:p w14:paraId="02BB4353" w14:textId="77777777" w:rsidR="003545D0" w:rsidRDefault="00354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B56F0" w14:textId="77777777" w:rsidR="005936E0" w:rsidRDefault="00000000">
    <w:pPr>
      <w:pStyle w:val="Piedepgina"/>
      <w:jc w:val="center"/>
    </w:pPr>
    <w:r>
      <w:rPr>
        <w:sz w:val="16"/>
      </w:rPr>
      <w:t>Traducción al castellano del control marroquí de 6.º de Primaria. Modelo 5 — Control 2.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8C8C9" w14:textId="77777777" w:rsidR="003545D0" w:rsidRDefault="003545D0">
      <w:pPr>
        <w:spacing w:after="0" w:line="240" w:lineRule="auto"/>
      </w:pPr>
      <w:r>
        <w:separator/>
      </w:r>
    </w:p>
  </w:footnote>
  <w:footnote w:type="continuationSeparator" w:id="0">
    <w:p w14:paraId="22FD3205" w14:textId="77777777" w:rsidR="003545D0" w:rsidRDefault="003545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1921058">
    <w:abstractNumId w:val="8"/>
  </w:num>
  <w:num w:numId="2" w16cid:durableId="355621451">
    <w:abstractNumId w:val="6"/>
  </w:num>
  <w:num w:numId="3" w16cid:durableId="323626359">
    <w:abstractNumId w:val="5"/>
  </w:num>
  <w:num w:numId="4" w16cid:durableId="685398768">
    <w:abstractNumId w:val="4"/>
  </w:num>
  <w:num w:numId="5" w16cid:durableId="361445807">
    <w:abstractNumId w:val="7"/>
  </w:num>
  <w:num w:numId="6" w16cid:durableId="607006166">
    <w:abstractNumId w:val="3"/>
  </w:num>
  <w:num w:numId="7" w16cid:durableId="1403139403">
    <w:abstractNumId w:val="2"/>
  </w:num>
  <w:num w:numId="8" w16cid:durableId="635994053">
    <w:abstractNumId w:val="1"/>
  </w:num>
  <w:num w:numId="9" w16cid:durableId="1896430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545D0"/>
    <w:rsid w:val="005936E0"/>
    <w:rsid w:val="00901CAE"/>
    <w:rsid w:val="00AA1D8D"/>
    <w:rsid w:val="00B47730"/>
    <w:rsid w:val="00CB0664"/>
    <w:rsid w:val="00DE514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1F550B"/>
  <w14:defaultImageDpi w14:val="300"/>
  <w15:docId w15:val="{728C8078-3D63-4982-84E2-100CA9D0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320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2026-06-29T10:08:00Z</dcterms:modified>
  <cp:category/>
</cp:coreProperties>
</file>