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0B8D0" w14:textId="77777777" w:rsidR="002B1C2E" w:rsidRDefault="00000000">
      <w:pPr>
        <w:jc w:val="center"/>
      </w:pPr>
      <w:r>
        <w:rPr>
          <w:b/>
          <w:sz w:val="32"/>
        </w:rPr>
        <w:t>Matemáticas - 6.º Primaria</w:t>
      </w:r>
    </w:p>
    <w:p w14:paraId="55BEC5DF" w14:textId="77777777" w:rsidR="002B1C2E" w:rsidRDefault="00000000">
      <w:pPr>
        <w:jc w:val="center"/>
      </w:pPr>
      <w:r>
        <w:rPr>
          <w:b/>
          <w:sz w:val="24"/>
        </w:rPr>
        <w:t>Control 2 - Segundo semestre - Modelo 3</w:t>
      </w:r>
    </w:p>
    <w:tbl>
      <w:tblPr>
        <w:tblStyle w:val="Tablaconcuadrcula"/>
        <w:tblW w:w="0" w:type="auto"/>
        <w:jc w:val="center"/>
        <w:tblLook w:val="04A0" w:firstRow="1" w:lastRow="0" w:firstColumn="1" w:lastColumn="0" w:noHBand="0" w:noVBand="1"/>
      </w:tblPr>
      <w:tblGrid>
        <w:gridCol w:w="2635"/>
        <w:gridCol w:w="2635"/>
        <w:gridCol w:w="2635"/>
        <w:gridCol w:w="2635"/>
      </w:tblGrid>
      <w:tr w:rsidR="002B1C2E" w14:paraId="3F3A97BE" w14:textId="77777777">
        <w:trPr>
          <w:jc w:val="center"/>
        </w:trPr>
        <w:tc>
          <w:tcPr>
            <w:tcW w:w="2635" w:type="dxa"/>
            <w:shd w:val="clear" w:color="auto" w:fill="D9EAF7"/>
            <w:vAlign w:val="center"/>
          </w:tcPr>
          <w:p w14:paraId="12B9F2B4" w14:textId="77777777" w:rsidR="002B1C2E" w:rsidRDefault="00000000">
            <w:pPr>
              <w:jc w:val="center"/>
            </w:pPr>
            <w:r>
              <w:rPr>
                <w:b/>
                <w:sz w:val="18"/>
              </w:rPr>
              <w:t>Nombre y apellidos</w:t>
            </w:r>
          </w:p>
        </w:tc>
        <w:tc>
          <w:tcPr>
            <w:tcW w:w="2635" w:type="dxa"/>
            <w:shd w:val="clear" w:color="auto" w:fill="D9EAF7"/>
            <w:vAlign w:val="center"/>
          </w:tcPr>
          <w:p w14:paraId="02A08C15" w14:textId="77777777" w:rsidR="002B1C2E" w:rsidRDefault="00000000">
            <w:pPr>
              <w:jc w:val="center"/>
            </w:pPr>
            <w:r>
              <w:rPr>
                <w:b/>
                <w:sz w:val="18"/>
              </w:rPr>
              <w:t>Curso / grupo</w:t>
            </w:r>
          </w:p>
        </w:tc>
        <w:tc>
          <w:tcPr>
            <w:tcW w:w="2635" w:type="dxa"/>
            <w:shd w:val="clear" w:color="auto" w:fill="D9EAF7"/>
            <w:vAlign w:val="center"/>
          </w:tcPr>
          <w:p w14:paraId="642AA6F1" w14:textId="77777777" w:rsidR="002B1C2E" w:rsidRDefault="00000000">
            <w:pPr>
              <w:jc w:val="center"/>
            </w:pPr>
            <w:r>
              <w:rPr>
                <w:b/>
                <w:sz w:val="18"/>
              </w:rPr>
              <w:t>Fecha</w:t>
            </w:r>
          </w:p>
        </w:tc>
        <w:tc>
          <w:tcPr>
            <w:tcW w:w="2635" w:type="dxa"/>
            <w:shd w:val="clear" w:color="auto" w:fill="D9EAF7"/>
            <w:vAlign w:val="center"/>
          </w:tcPr>
          <w:p w14:paraId="535356ED" w14:textId="77777777" w:rsidR="002B1C2E" w:rsidRDefault="00000000">
            <w:pPr>
              <w:jc w:val="center"/>
            </w:pPr>
            <w:r>
              <w:rPr>
                <w:b/>
                <w:sz w:val="18"/>
              </w:rPr>
              <w:t>Nota</w:t>
            </w:r>
          </w:p>
        </w:tc>
      </w:tr>
      <w:tr w:rsidR="002B1C2E" w14:paraId="07E3EF6F" w14:textId="77777777">
        <w:trPr>
          <w:jc w:val="center"/>
        </w:trPr>
        <w:tc>
          <w:tcPr>
            <w:tcW w:w="2635" w:type="dxa"/>
            <w:vAlign w:val="center"/>
          </w:tcPr>
          <w:p w14:paraId="45DC1F1A" w14:textId="77777777" w:rsidR="002B1C2E" w:rsidRDefault="002B1C2E">
            <w:pPr>
              <w:jc w:val="center"/>
            </w:pPr>
          </w:p>
        </w:tc>
        <w:tc>
          <w:tcPr>
            <w:tcW w:w="2635" w:type="dxa"/>
            <w:vAlign w:val="center"/>
          </w:tcPr>
          <w:p w14:paraId="28A20270" w14:textId="77777777" w:rsidR="002B1C2E" w:rsidRDefault="002B1C2E">
            <w:pPr>
              <w:jc w:val="center"/>
            </w:pPr>
          </w:p>
        </w:tc>
        <w:tc>
          <w:tcPr>
            <w:tcW w:w="2635" w:type="dxa"/>
            <w:vAlign w:val="center"/>
          </w:tcPr>
          <w:p w14:paraId="6A443BEE" w14:textId="77777777" w:rsidR="002B1C2E" w:rsidRDefault="002B1C2E">
            <w:pPr>
              <w:jc w:val="center"/>
            </w:pPr>
          </w:p>
        </w:tc>
        <w:tc>
          <w:tcPr>
            <w:tcW w:w="2635" w:type="dxa"/>
            <w:vAlign w:val="center"/>
          </w:tcPr>
          <w:p w14:paraId="56BC10F8" w14:textId="77777777" w:rsidR="002B1C2E" w:rsidRDefault="002B1C2E">
            <w:pPr>
              <w:jc w:val="center"/>
            </w:pPr>
          </w:p>
        </w:tc>
      </w:tr>
    </w:tbl>
    <w:p w14:paraId="4E653A08" w14:textId="77777777" w:rsidR="002B1C2E" w:rsidRDefault="002B1C2E"/>
    <w:p w14:paraId="1C703467" w14:textId="77777777" w:rsidR="002B1C2E" w:rsidRDefault="00000000">
      <w:pPr>
        <w:spacing w:after="60"/>
      </w:pPr>
      <w:r>
        <w:rPr>
          <w:b/>
        </w:rPr>
        <w:t xml:space="preserve">1. (3 ptos) </w:t>
      </w:r>
      <w:r>
        <w:t>Coloca y calcula:</w:t>
      </w:r>
    </w:p>
    <w:p w14:paraId="179711B0" w14:textId="77777777" w:rsidR="002B1C2E" w:rsidRDefault="00000000">
      <w:r>
        <w:t>79,84 x 5,6 =</w:t>
      </w:r>
    </w:p>
    <w:p w14:paraId="198E3E3E" w14:textId="77777777" w:rsidR="002B1C2E" w:rsidRDefault="00000000">
      <w:pPr>
        <w:spacing w:after="0"/>
      </w:pPr>
      <w:r>
        <w:t>................................................................................................................................................</w:t>
      </w:r>
    </w:p>
    <w:p w14:paraId="00F697EF" w14:textId="77777777" w:rsidR="002B1C2E" w:rsidRDefault="00000000">
      <w:r>
        <w:t>(698,25 + 2859,5) - 2647,07 =</w:t>
      </w:r>
    </w:p>
    <w:p w14:paraId="0F2F6346" w14:textId="77777777" w:rsidR="002B1C2E" w:rsidRDefault="00000000">
      <w:pPr>
        <w:spacing w:after="0"/>
      </w:pPr>
      <w:r>
        <w:t>................................................................................................................................................</w:t>
      </w:r>
    </w:p>
    <w:p w14:paraId="280037CB" w14:textId="77777777" w:rsidR="002B1C2E" w:rsidRDefault="00000000">
      <w:r>
        <w:t>49,2 ÷ 2,8 =  (cociente aproximado a 0,01)</w:t>
      </w:r>
    </w:p>
    <w:p w14:paraId="2B69310A" w14:textId="77777777" w:rsidR="002B1C2E" w:rsidRDefault="00000000">
      <w:pPr>
        <w:spacing w:after="0"/>
      </w:pPr>
      <w:r>
        <w:t>................................................................................................................................................</w:t>
      </w:r>
    </w:p>
    <w:p w14:paraId="7D8B16FF" w14:textId="77777777" w:rsidR="002B1C2E" w:rsidRDefault="00000000">
      <w:pPr>
        <w:spacing w:after="60"/>
      </w:pPr>
      <w:r>
        <w:rPr>
          <w:b/>
        </w:rPr>
        <w:t xml:space="preserve">2. (2 ptos) </w:t>
      </w:r>
      <w:r>
        <w:t>Calcula y simplifica cuando sea posible:</w:t>
      </w:r>
    </w:p>
    <w:p w14:paraId="5BFE2C55" w14:textId="77777777" w:rsidR="002B1C2E" w:rsidRDefault="00000000">
      <w:r>
        <w:t>(7/3 - 6/5) x (0,5 + 1/3) =</w:t>
      </w:r>
    </w:p>
    <w:p w14:paraId="40F7AC7E" w14:textId="77777777" w:rsidR="002B1C2E" w:rsidRDefault="00000000">
      <w:pPr>
        <w:spacing w:after="0"/>
      </w:pPr>
      <w:r>
        <w:t>................................................................................................................................................</w:t>
      </w:r>
    </w:p>
    <w:p w14:paraId="78A14206" w14:textId="77777777" w:rsidR="002B1C2E" w:rsidRDefault="00000000">
      <w:pPr>
        <w:spacing w:after="0"/>
      </w:pPr>
      <w:r>
        <w:t>................................................................................................................................................</w:t>
      </w:r>
    </w:p>
    <w:p w14:paraId="5D6EE1BB" w14:textId="77777777" w:rsidR="002B1C2E" w:rsidRDefault="00000000">
      <w:pPr>
        <w:spacing w:after="60"/>
      </w:pPr>
      <w:r>
        <w:rPr>
          <w:b/>
        </w:rPr>
        <w:t xml:space="preserve">3. (2 ptos) </w:t>
      </w:r>
      <w:r>
        <w:t>Ordena los números siguientes de forma creciente:</w:t>
      </w:r>
    </w:p>
    <w:p w14:paraId="01D69F06" w14:textId="77777777" w:rsidR="002B1C2E" w:rsidRDefault="00000000">
      <w:r>
        <w:t>4,404 ; 4,004 ; 17/4 ; 21/5 ; 4,4 ; 0,44</w:t>
      </w:r>
    </w:p>
    <w:p w14:paraId="219F65B9" w14:textId="77777777" w:rsidR="002B1C2E" w:rsidRDefault="00000000">
      <w:pPr>
        <w:spacing w:after="0"/>
      </w:pPr>
      <w:r>
        <w:t>................................................................................................................................................</w:t>
      </w:r>
    </w:p>
    <w:p w14:paraId="7B0E3B0E" w14:textId="77777777" w:rsidR="002B1C2E" w:rsidRDefault="00000000">
      <w:pPr>
        <w:spacing w:after="60"/>
      </w:pPr>
      <w:r>
        <w:rPr>
          <w:b/>
        </w:rPr>
        <w:t xml:space="preserve">4. (3 ptos) </w:t>
      </w:r>
      <w:r>
        <w:t>Convierte a la unidad adecuada:</w:t>
      </w:r>
    </w:p>
    <w:p w14:paraId="6BFC788D" w14:textId="77777777" w:rsidR="002B1C2E" w:rsidRDefault="00000000">
      <w:r>
        <w:t>7,62 cm³ + 18,2 dm³ = ......................... mm³</w:t>
      </w:r>
    </w:p>
    <w:p w14:paraId="4FA9ABCA" w14:textId="77777777" w:rsidR="002B1C2E" w:rsidRDefault="00000000">
      <w:r>
        <w:t>565 hl = ......................... m³</w:t>
      </w:r>
    </w:p>
    <w:p w14:paraId="3B3033E2" w14:textId="77777777" w:rsidR="002B1C2E" w:rsidRDefault="00000000">
      <w:r>
        <w:t>2,5 a + 15 ca = ......................... dm²</w:t>
      </w:r>
    </w:p>
    <w:p w14:paraId="4343343A" w14:textId="77777777" w:rsidR="002B1C2E" w:rsidRDefault="00000000">
      <w:pPr>
        <w:spacing w:after="60"/>
      </w:pPr>
      <w:r>
        <w:rPr>
          <w:b/>
        </w:rPr>
        <w:t xml:space="preserve">5. (2 ptos) </w:t>
      </w:r>
      <w:r>
        <w:t>Por un incendio y otros factores, la superficie de un bosque disminuyó un 30 %. Sabiendo que antes del incendio la superficie del bosque era de 760 ha, calcula la nueva superficie después del incendio.</w:t>
      </w:r>
    </w:p>
    <w:p w14:paraId="3BBDA6C7" w14:textId="77777777" w:rsidR="00847178" w:rsidRDefault="00847178">
      <w:pPr>
        <w:spacing w:after="60"/>
      </w:pPr>
    </w:p>
    <w:p w14:paraId="11879EF2" w14:textId="77777777" w:rsidR="00847178" w:rsidRDefault="00847178">
      <w:pPr>
        <w:spacing w:after="60"/>
      </w:pPr>
    </w:p>
    <w:p w14:paraId="78F801E1" w14:textId="77777777" w:rsidR="00847178" w:rsidRDefault="00847178">
      <w:pPr>
        <w:spacing w:after="60"/>
      </w:pPr>
    </w:p>
    <w:p w14:paraId="3A25B19D" w14:textId="77777777" w:rsidR="00847178" w:rsidRDefault="00847178">
      <w:pPr>
        <w:spacing w:after="60"/>
      </w:pPr>
    </w:p>
    <w:p w14:paraId="69404CA8" w14:textId="77777777" w:rsidR="00847178" w:rsidRDefault="00847178">
      <w:pPr>
        <w:spacing w:after="60"/>
      </w:pPr>
    </w:p>
    <w:p w14:paraId="05A51785" w14:textId="77777777" w:rsidR="00847178" w:rsidRDefault="00847178">
      <w:pPr>
        <w:spacing w:after="60"/>
      </w:pPr>
    </w:p>
    <w:p w14:paraId="49ECEDBE" w14:textId="77777777" w:rsidR="00847178" w:rsidRDefault="00847178">
      <w:pPr>
        <w:spacing w:after="60"/>
      </w:pPr>
    </w:p>
    <w:p w14:paraId="53555AAF" w14:textId="29840CD4" w:rsidR="002B1C2E" w:rsidRDefault="00000000">
      <w:pPr>
        <w:spacing w:after="60"/>
      </w:pPr>
      <w:r>
        <w:rPr>
          <w:b/>
        </w:rPr>
        <w:t xml:space="preserve">6. (2 ptos) </w:t>
      </w:r>
      <w:r>
        <w:t>Un coche salió de Uxda hacia Fez a las 9 h 15 min y llegó a las 14 h 35 min. a) Calcula el tiempo empleado entre Uxda y Fez. b) Sabiendo que la distancia entre Fez y Uxda es de 350 km, calcula la velocidad media del coche.</w:t>
      </w:r>
    </w:p>
    <w:p w14:paraId="645BCEF5" w14:textId="77777777" w:rsidR="00847178" w:rsidRDefault="00847178">
      <w:pPr>
        <w:spacing w:after="60"/>
      </w:pPr>
    </w:p>
    <w:p w14:paraId="1CA7FEEB" w14:textId="77777777" w:rsidR="00847178" w:rsidRDefault="00847178">
      <w:pPr>
        <w:spacing w:after="60"/>
      </w:pPr>
    </w:p>
    <w:p w14:paraId="24611C9B" w14:textId="77777777" w:rsidR="00847178" w:rsidRDefault="00847178">
      <w:pPr>
        <w:spacing w:after="60"/>
      </w:pPr>
    </w:p>
    <w:p w14:paraId="7364F946" w14:textId="77777777" w:rsidR="00847178" w:rsidRDefault="00847178">
      <w:pPr>
        <w:spacing w:after="60"/>
      </w:pPr>
    </w:p>
    <w:p w14:paraId="5A7AD811" w14:textId="77777777" w:rsidR="00847178" w:rsidRDefault="00847178">
      <w:pPr>
        <w:spacing w:after="60"/>
      </w:pPr>
    </w:p>
    <w:p w14:paraId="1CB7F100" w14:textId="77777777" w:rsidR="00847178" w:rsidRDefault="00847178">
      <w:pPr>
        <w:spacing w:after="60"/>
      </w:pPr>
    </w:p>
    <w:p w14:paraId="7DA6F05D" w14:textId="35BFDE17" w:rsidR="002B1C2E" w:rsidRDefault="00000000">
      <w:pPr>
        <w:spacing w:after="60"/>
      </w:pPr>
      <w:r>
        <w:rPr>
          <w:b/>
        </w:rPr>
        <w:lastRenderedPageBreak/>
        <w:t xml:space="preserve">7. (2 ptos) </w:t>
      </w:r>
      <w:r>
        <w:t>Una persona depositó 350 000 dh en una entidad bancaria. Al cabo de un año retiró 371 000 dh. a) Calcula el interés anual. b) Calcula el tipo de interés aplicado al capital.</w:t>
      </w:r>
    </w:p>
    <w:p w14:paraId="299922DA" w14:textId="77777777" w:rsidR="00847178" w:rsidRDefault="00847178">
      <w:pPr>
        <w:spacing w:after="0"/>
      </w:pPr>
    </w:p>
    <w:p w14:paraId="6DA7E91A" w14:textId="77777777" w:rsidR="00847178" w:rsidRDefault="00847178">
      <w:pPr>
        <w:spacing w:after="0"/>
      </w:pPr>
    </w:p>
    <w:p w14:paraId="57758765" w14:textId="77777777" w:rsidR="00847178" w:rsidRDefault="00847178">
      <w:pPr>
        <w:spacing w:after="0"/>
      </w:pPr>
    </w:p>
    <w:p w14:paraId="46B3C669" w14:textId="77777777" w:rsidR="00847178" w:rsidRDefault="00847178">
      <w:pPr>
        <w:spacing w:after="0"/>
      </w:pPr>
    </w:p>
    <w:p w14:paraId="2AECF65D" w14:textId="77777777" w:rsidR="00847178" w:rsidRDefault="00847178">
      <w:pPr>
        <w:spacing w:after="0"/>
      </w:pPr>
    </w:p>
    <w:p w14:paraId="1C6F81AA" w14:textId="77777777" w:rsidR="00847178" w:rsidRDefault="00847178">
      <w:pPr>
        <w:spacing w:after="0"/>
      </w:pPr>
    </w:p>
    <w:p w14:paraId="077CB0B2" w14:textId="77777777" w:rsidR="00847178" w:rsidRDefault="00847178">
      <w:pPr>
        <w:spacing w:after="0"/>
      </w:pPr>
    </w:p>
    <w:p w14:paraId="11702FFE" w14:textId="77777777" w:rsidR="00847178" w:rsidRDefault="00847178">
      <w:pPr>
        <w:spacing w:after="0"/>
      </w:pPr>
    </w:p>
    <w:p w14:paraId="1ACD0FFE" w14:textId="77777777" w:rsidR="00847178" w:rsidRDefault="00847178">
      <w:pPr>
        <w:spacing w:after="0"/>
      </w:pPr>
    </w:p>
    <w:p w14:paraId="285D95DE" w14:textId="77777777" w:rsidR="00847178" w:rsidRDefault="00847178">
      <w:pPr>
        <w:spacing w:after="0"/>
      </w:pPr>
    </w:p>
    <w:p w14:paraId="4CCBA611" w14:textId="77777777" w:rsidR="00847178" w:rsidRDefault="00847178">
      <w:pPr>
        <w:spacing w:after="0"/>
      </w:pPr>
    </w:p>
    <w:p w14:paraId="3EECAD24" w14:textId="77777777" w:rsidR="002B1C2E" w:rsidRDefault="00000000">
      <w:pPr>
        <w:spacing w:after="60"/>
      </w:pPr>
      <w:r>
        <w:rPr>
          <w:b/>
        </w:rPr>
        <w:t xml:space="preserve">8. (3 ptos) </w:t>
      </w:r>
      <w:r>
        <w:t>Un depósito de agua tiene forma de cilindro recto, como se muestra en la figura. a) Calcula la superficie lateral. b) Calcula la superficie total. c) Calcula el volumen. d) Si vertemos 150 720 L de agua en el depósito, determina la altura que alcanza el agua.</w:t>
      </w:r>
    </w:p>
    <w:p w14:paraId="18BB14EC" w14:textId="77777777" w:rsidR="002B1C2E" w:rsidRDefault="00000000">
      <w:pPr>
        <w:jc w:val="center"/>
      </w:pPr>
      <w:r>
        <w:rPr>
          <w:noProof/>
        </w:rPr>
        <w:drawing>
          <wp:inline distT="0" distB="0" distL="0" distR="0" wp14:anchorId="5C1E6937" wp14:editId="15B747C3">
            <wp:extent cx="4320000" cy="38322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s2m3_cilindro.png"/>
                    <pic:cNvPicPr/>
                  </pic:nvPicPr>
                  <pic:blipFill>
                    <a:blip r:embed="rId6"/>
                    <a:stretch>
                      <a:fillRect/>
                    </a:stretch>
                  </pic:blipFill>
                  <pic:spPr>
                    <a:xfrm>
                      <a:off x="0" y="0"/>
                      <a:ext cx="4320000" cy="3832258"/>
                    </a:xfrm>
                    <a:prstGeom prst="rect">
                      <a:avLst/>
                    </a:prstGeom>
                  </pic:spPr>
                </pic:pic>
              </a:graphicData>
            </a:graphic>
          </wp:inline>
        </w:drawing>
      </w:r>
    </w:p>
    <w:sectPr w:rsidR="002B1C2E" w:rsidSect="00034616">
      <w:pgSz w:w="12240" w:h="15840"/>
      <w:pgMar w:top="794" w:right="850" w:bottom="794"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091925092">
    <w:abstractNumId w:val="8"/>
  </w:num>
  <w:num w:numId="2" w16cid:durableId="419370616">
    <w:abstractNumId w:val="6"/>
  </w:num>
  <w:num w:numId="3" w16cid:durableId="1610356176">
    <w:abstractNumId w:val="5"/>
  </w:num>
  <w:num w:numId="4" w16cid:durableId="1299652933">
    <w:abstractNumId w:val="4"/>
  </w:num>
  <w:num w:numId="5" w16cid:durableId="952326071">
    <w:abstractNumId w:val="7"/>
  </w:num>
  <w:num w:numId="6" w16cid:durableId="660039159">
    <w:abstractNumId w:val="3"/>
  </w:num>
  <w:num w:numId="7" w16cid:durableId="645667882">
    <w:abstractNumId w:val="2"/>
  </w:num>
  <w:num w:numId="8" w16cid:durableId="1415778639">
    <w:abstractNumId w:val="1"/>
  </w:num>
  <w:num w:numId="9" w16cid:durableId="17992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1C2E"/>
    <w:rsid w:val="00326F90"/>
    <w:rsid w:val="00847178"/>
    <w:rsid w:val="00AA1D8D"/>
    <w:rsid w:val="00B47730"/>
    <w:rsid w:val="00CB0664"/>
    <w:rsid w:val="00F134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E1394E"/>
  <w14:defaultImageDpi w14:val="300"/>
  <w15:docId w15:val="{72CCF726-CB5E-4831-8BBE-F68F33CB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369</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Antonio García Paredes</cp:lastModifiedBy>
  <cp:revision>2</cp:revision>
  <dcterms:created xsi:type="dcterms:W3CDTF">2013-12-23T23:15:00Z</dcterms:created>
  <dcterms:modified xsi:type="dcterms:W3CDTF">2026-06-29T11:24:00Z</dcterms:modified>
  <cp:category/>
</cp:coreProperties>
</file>