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9B74" w14:textId="77777777" w:rsidR="002E3A0B" w:rsidRDefault="00000000">
      <w:pPr>
        <w:pStyle w:val="Ttulo1"/>
        <w:jc w:val="center"/>
      </w:pPr>
      <w:r>
        <w:rPr>
          <w:color w:val="1F4E79"/>
          <w:sz w:val="30"/>
        </w:rPr>
        <w:t>Matemáticas - 6.º Primaria</w:t>
      </w:r>
    </w:p>
    <w:p w14:paraId="0F576811" w14:textId="77777777" w:rsidR="002E3A0B" w:rsidRDefault="00000000">
      <w:pPr>
        <w:jc w:val="center"/>
      </w:pPr>
      <w:r>
        <w:rPr>
          <w:b/>
        </w:rPr>
        <w:t>Control 2 - Modelo 3 - Primer semestre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3A0B" w14:paraId="42EC28F9" w14:textId="77777777">
        <w:trPr>
          <w:jc w:val="center"/>
        </w:trPr>
        <w:tc>
          <w:tcPr>
            <w:tcW w:w="2663" w:type="dxa"/>
            <w:shd w:val="clear" w:color="auto" w:fill="D9EAF7"/>
          </w:tcPr>
          <w:p w14:paraId="27400D20" w14:textId="77777777" w:rsidR="002E3A0B" w:rsidRDefault="00000000">
            <w:r>
              <w:rPr>
                <w:b/>
              </w:rPr>
              <w:t>Nombre</w:t>
            </w:r>
          </w:p>
        </w:tc>
        <w:tc>
          <w:tcPr>
            <w:tcW w:w="2663" w:type="dxa"/>
            <w:shd w:val="clear" w:color="auto" w:fill="D9EAF7"/>
          </w:tcPr>
          <w:p w14:paraId="5F4439E6" w14:textId="77777777" w:rsidR="002E3A0B" w:rsidRDefault="00000000">
            <w:r>
              <w:rPr>
                <w:b/>
              </w:rPr>
              <w:t>Curso / grupo</w:t>
            </w:r>
          </w:p>
        </w:tc>
        <w:tc>
          <w:tcPr>
            <w:tcW w:w="2663" w:type="dxa"/>
            <w:shd w:val="clear" w:color="auto" w:fill="D9EAF7"/>
          </w:tcPr>
          <w:p w14:paraId="576E0C03" w14:textId="77777777" w:rsidR="002E3A0B" w:rsidRDefault="00000000">
            <w:r>
              <w:rPr>
                <w:b/>
              </w:rPr>
              <w:t>Fecha</w:t>
            </w:r>
          </w:p>
        </w:tc>
        <w:tc>
          <w:tcPr>
            <w:tcW w:w="2663" w:type="dxa"/>
            <w:shd w:val="clear" w:color="auto" w:fill="D9EAF7"/>
          </w:tcPr>
          <w:p w14:paraId="33CFB8AA" w14:textId="77777777" w:rsidR="002E3A0B" w:rsidRDefault="00000000">
            <w:r>
              <w:rPr>
                <w:b/>
              </w:rPr>
              <w:t>Nota</w:t>
            </w:r>
          </w:p>
        </w:tc>
      </w:tr>
      <w:tr w:rsidR="002E3A0B" w14:paraId="33945BB5" w14:textId="77777777">
        <w:trPr>
          <w:jc w:val="center"/>
        </w:trPr>
        <w:tc>
          <w:tcPr>
            <w:tcW w:w="2663" w:type="dxa"/>
          </w:tcPr>
          <w:p w14:paraId="78ECC2C7" w14:textId="77777777" w:rsidR="002E3A0B" w:rsidRDefault="00000000">
            <w:r>
              <w:br/>
            </w:r>
          </w:p>
        </w:tc>
        <w:tc>
          <w:tcPr>
            <w:tcW w:w="2663" w:type="dxa"/>
          </w:tcPr>
          <w:p w14:paraId="2DF942D5" w14:textId="77777777" w:rsidR="002E3A0B" w:rsidRDefault="00000000">
            <w:r>
              <w:br/>
            </w:r>
          </w:p>
        </w:tc>
        <w:tc>
          <w:tcPr>
            <w:tcW w:w="2663" w:type="dxa"/>
          </w:tcPr>
          <w:p w14:paraId="4E85A6A4" w14:textId="77777777" w:rsidR="002E3A0B" w:rsidRDefault="00000000">
            <w:r>
              <w:br/>
            </w:r>
          </w:p>
        </w:tc>
        <w:tc>
          <w:tcPr>
            <w:tcW w:w="2663" w:type="dxa"/>
          </w:tcPr>
          <w:p w14:paraId="7856C36E" w14:textId="77777777" w:rsidR="002E3A0B" w:rsidRDefault="00000000">
            <w:r>
              <w:br/>
            </w:r>
          </w:p>
        </w:tc>
      </w:tr>
    </w:tbl>
    <w:p w14:paraId="5D8EF543" w14:textId="77777777" w:rsidR="002E3A0B" w:rsidRDefault="00000000">
      <w:pPr>
        <w:pStyle w:val="Ttulo2"/>
      </w:pPr>
      <w:r>
        <w:rPr>
          <w:color w:val="C00000"/>
          <w:sz w:val="25"/>
        </w:rPr>
        <w:t>1. Coloca y calcula</w:t>
      </w:r>
    </w:p>
    <w:p w14:paraId="5063E242" w14:textId="77777777" w:rsidR="002E3A0B" w:rsidRDefault="00000000">
      <w:r>
        <w:t>Calcula las operaciones siguientes: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3A0B" w14:paraId="1A3B9C89" w14:textId="77777777">
        <w:trPr>
          <w:jc w:val="center"/>
        </w:trPr>
        <w:tc>
          <w:tcPr>
            <w:tcW w:w="5326" w:type="dxa"/>
          </w:tcPr>
          <w:p w14:paraId="22EBCC6E" w14:textId="77777777" w:rsidR="002E3A0B" w:rsidRDefault="00000000">
            <w:r>
              <w:rPr>
                <w:b/>
              </w:rPr>
              <w:t>(654,8 + 4836,07) - (9789,45 - 8516,8) =</w:t>
            </w:r>
          </w:p>
          <w:p w14:paraId="4B0E5241" w14:textId="77777777" w:rsidR="002E3A0B" w:rsidRDefault="002E3A0B"/>
          <w:p w14:paraId="7F766D96" w14:textId="77777777" w:rsidR="002E3A0B" w:rsidRDefault="002E3A0B"/>
          <w:p w14:paraId="7D571BDC" w14:textId="77777777" w:rsidR="002E3A0B" w:rsidRDefault="002E3A0B"/>
          <w:p w14:paraId="11D4B73E" w14:textId="77777777" w:rsidR="002E3A0B" w:rsidRDefault="002E3A0B"/>
        </w:tc>
        <w:tc>
          <w:tcPr>
            <w:tcW w:w="5326" w:type="dxa"/>
          </w:tcPr>
          <w:p w14:paraId="288683CA" w14:textId="77777777" w:rsidR="002E3A0B" w:rsidRDefault="00000000">
            <w:r>
              <w:rPr>
                <w:b/>
              </w:rPr>
              <w:t>45,7 x 9,56 =</w:t>
            </w:r>
          </w:p>
          <w:p w14:paraId="4B7AB40C" w14:textId="77777777" w:rsidR="002E3A0B" w:rsidRDefault="002E3A0B"/>
          <w:p w14:paraId="3D5A1E21" w14:textId="77777777" w:rsidR="002E3A0B" w:rsidRDefault="002E3A0B"/>
          <w:p w14:paraId="4542B5CC" w14:textId="77777777" w:rsidR="002E3A0B" w:rsidRDefault="002E3A0B"/>
          <w:p w14:paraId="2B453CD6" w14:textId="77777777" w:rsidR="002E3A0B" w:rsidRDefault="002E3A0B"/>
        </w:tc>
      </w:tr>
      <w:tr w:rsidR="002E3A0B" w14:paraId="54D17242" w14:textId="77777777">
        <w:trPr>
          <w:jc w:val="center"/>
        </w:trPr>
        <w:tc>
          <w:tcPr>
            <w:tcW w:w="5326" w:type="dxa"/>
          </w:tcPr>
          <w:p w14:paraId="7BF0EF7C" w14:textId="77777777" w:rsidR="002E3A0B" w:rsidRDefault="00000000">
            <w:r>
              <w:rPr>
                <w:b/>
              </w:rPr>
              <w:t>457 ÷ 15 =  (cociente aproximado a la unidad)</w:t>
            </w:r>
          </w:p>
          <w:p w14:paraId="65205F55" w14:textId="77777777" w:rsidR="002E3A0B" w:rsidRDefault="002E3A0B"/>
          <w:p w14:paraId="25F62050" w14:textId="77777777" w:rsidR="002E3A0B" w:rsidRDefault="002E3A0B"/>
          <w:p w14:paraId="6E426E22" w14:textId="77777777" w:rsidR="002E3A0B" w:rsidRDefault="002E3A0B"/>
          <w:p w14:paraId="0587FCBA" w14:textId="77777777" w:rsidR="002E3A0B" w:rsidRDefault="002E3A0B"/>
        </w:tc>
        <w:tc>
          <w:tcPr>
            <w:tcW w:w="5326" w:type="dxa"/>
          </w:tcPr>
          <w:p w14:paraId="4CF70E1D" w14:textId="77777777" w:rsidR="002E3A0B" w:rsidRDefault="00000000">
            <w:r>
              <w:rPr>
                <w:b/>
              </w:rPr>
              <w:t>3,957 ÷ 0,18 =  (cociente aproximado a las centésimas)</w:t>
            </w:r>
          </w:p>
          <w:p w14:paraId="3CE53E42" w14:textId="77777777" w:rsidR="002E3A0B" w:rsidRDefault="002E3A0B"/>
          <w:p w14:paraId="41924E02" w14:textId="77777777" w:rsidR="002E3A0B" w:rsidRDefault="002E3A0B"/>
          <w:p w14:paraId="24C76903" w14:textId="77777777" w:rsidR="002E3A0B" w:rsidRDefault="002E3A0B"/>
          <w:p w14:paraId="11145A1B" w14:textId="77777777" w:rsidR="002E3A0B" w:rsidRDefault="002E3A0B"/>
        </w:tc>
      </w:tr>
    </w:tbl>
    <w:p w14:paraId="02192D84" w14:textId="77777777" w:rsidR="002E3A0B" w:rsidRDefault="00000000">
      <w:pPr>
        <w:pStyle w:val="Ttulo2"/>
      </w:pPr>
      <w:r>
        <w:rPr>
          <w:color w:val="C00000"/>
          <w:sz w:val="25"/>
        </w:rPr>
        <w:t>2. Divisibilidad</w:t>
      </w:r>
    </w:p>
    <w:p w14:paraId="1AF3C4C5" w14:textId="77777777" w:rsidR="002E3A0B" w:rsidRDefault="00000000">
      <w:r>
        <w:t>Considera los números siguientes:</w:t>
      </w:r>
    </w:p>
    <w:p w14:paraId="14D08CAB" w14:textId="77777777" w:rsidR="002E3A0B" w:rsidRDefault="00000000">
      <w:pPr>
        <w:jc w:val="center"/>
      </w:pPr>
      <w:r>
        <w:rPr>
          <w:b/>
        </w:rPr>
        <w:t>371 - 420 - 435 - 9630 - 7830 - 864</w:t>
      </w:r>
    </w:p>
    <w:p w14:paraId="1FB13119" w14:textId="77777777" w:rsidR="002E3A0B" w:rsidRDefault="00000000">
      <w:r>
        <w:t>a) ¿Cuáles de estos números son divisibles por 2 y por 3 a la vez?</w:t>
      </w:r>
    </w:p>
    <w:p w14:paraId="6BB54FAA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25BE26D1" w14:textId="77777777" w:rsidR="002E3A0B" w:rsidRDefault="00000000">
      <w:r>
        <w:t>b) ¿Cuáles de estos números son divisibles por 2 y por 5 a la vez?</w:t>
      </w:r>
    </w:p>
    <w:p w14:paraId="0AE3F5B9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66566CDB" w14:textId="77777777" w:rsidR="002E3A0B" w:rsidRDefault="00000000">
      <w:r>
        <w:t>c) ¿Cuáles de estos números son divisibles por 2, 3, 5 y 9 a la vez?</w:t>
      </w:r>
    </w:p>
    <w:p w14:paraId="1C9B05AC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0235517C" w14:textId="77777777" w:rsidR="002E3A0B" w:rsidRDefault="00000000">
      <w:pPr>
        <w:pStyle w:val="Ttulo2"/>
      </w:pPr>
      <w:r>
        <w:rPr>
          <w:color w:val="C00000"/>
          <w:sz w:val="25"/>
        </w:rPr>
        <w:t>3. Fracciones decimales y no decimales</w:t>
      </w:r>
    </w:p>
    <w:p w14:paraId="5283A5C9" w14:textId="77777777" w:rsidR="002E3A0B" w:rsidRDefault="00000000">
      <w:r>
        <w:t>Indica cuáles son fracciones decimales y cuáles son fracciones no decimales entre los números siguientes:</w:t>
      </w:r>
    </w:p>
    <w:p w14:paraId="1F7C0284" w14:textId="77777777" w:rsidR="002E3A0B" w:rsidRDefault="00000000">
      <w:pPr>
        <w:jc w:val="center"/>
      </w:pPr>
      <w:r>
        <w:rPr>
          <w:b/>
        </w:rPr>
        <w:t>6/5     ;     3/5     ;     1/3</w:t>
      </w:r>
    </w:p>
    <w:p w14:paraId="73793B0C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0CDB24F0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4E24BC1D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725195D3" w14:textId="77777777" w:rsidR="002E3A0B" w:rsidRDefault="00000000">
      <w:pPr>
        <w:pStyle w:val="Ttulo2"/>
      </w:pPr>
      <w:r>
        <w:rPr>
          <w:color w:val="C00000"/>
          <w:sz w:val="25"/>
        </w:rPr>
        <w:t>4. Completa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3A0B" w14:paraId="6DF0A2CF" w14:textId="77777777">
        <w:trPr>
          <w:jc w:val="center"/>
        </w:trPr>
        <w:tc>
          <w:tcPr>
            <w:tcW w:w="5326" w:type="dxa"/>
          </w:tcPr>
          <w:p w14:paraId="114C7494" w14:textId="77777777" w:rsidR="00AE0733" w:rsidRDefault="00AE0733">
            <w:pPr>
              <w:rPr>
                <w:b/>
              </w:rPr>
            </w:pPr>
          </w:p>
          <w:p w14:paraId="3EEDB211" w14:textId="11875ECC" w:rsidR="002E3A0B" w:rsidRDefault="00000000">
            <w:r>
              <w:rPr>
                <w:b/>
              </w:rPr>
              <w:t>12/36 = …… / 4</w:t>
            </w:r>
          </w:p>
        </w:tc>
        <w:tc>
          <w:tcPr>
            <w:tcW w:w="5326" w:type="dxa"/>
          </w:tcPr>
          <w:p w14:paraId="3A2E6687" w14:textId="77777777" w:rsidR="00AE0733" w:rsidRDefault="00AE0733">
            <w:pPr>
              <w:rPr>
                <w:b/>
              </w:rPr>
            </w:pPr>
          </w:p>
          <w:p w14:paraId="181042A1" w14:textId="3D211BA5" w:rsidR="002E3A0B" w:rsidRDefault="00000000">
            <w:pPr>
              <w:rPr>
                <w:b/>
              </w:rPr>
            </w:pPr>
            <w:r>
              <w:rPr>
                <w:b/>
              </w:rPr>
              <w:t>6/8 = …… / 54</w:t>
            </w:r>
          </w:p>
          <w:p w14:paraId="3FD51E1A" w14:textId="77777777" w:rsidR="00AE0733" w:rsidRDefault="00AE0733"/>
        </w:tc>
      </w:tr>
      <w:tr w:rsidR="002E3A0B" w14:paraId="37590735" w14:textId="77777777">
        <w:trPr>
          <w:jc w:val="center"/>
        </w:trPr>
        <w:tc>
          <w:tcPr>
            <w:tcW w:w="5326" w:type="dxa"/>
          </w:tcPr>
          <w:p w14:paraId="68267270" w14:textId="77777777" w:rsidR="00AE0733" w:rsidRDefault="00AE0733">
            <w:pPr>
              <w:rPr>
                <w:b/>
              </w:rPr>
            </w:pPr>
          </w:p>
          <w:p w14:paraId="125B7C6F" w14:textId="77777777" w:rsidR="002E3A0B" w:rsidRDefault="00000000">
            <w:pPr>
              <w:rPr>
                <w:b/>
              </w:rPr>
            </w:pPr>
            <w:r>
              <w:rPr>
                <w:b/>
              </w:rPr>
              <w:t>3/7 = 84 / ……</w:t>
            </w:r>
          </w:p>
          <w:p w14:paraId="43A2D776" w14:textId="21201DDD" w:rsidR="00AE0733" w:rsidRDefault="00AE0733"/>
        </w:tc>
        <w:tc>
          <w:tcPr>
            <w:tcW w:w="5326" w:type="dxa"/>
          </w:tcPr>
          <w:p w14:paraId="1300674B" w14:textId="77777777" w:rsidR="002E3A0B" w:rsidRDefault="002E3A0B"/>
          <w:p w14:paraId="593091DF" w14:textId="77777777" w:rsidR="00AE0733" w:rsidRDefault="00AE0733"/>
        </w:tc>
      </w:tr>
    </w:tbl>
    <w:p w14:paraId="6D764502" w14:textId="77777777" w:rsidR="002E3A0B" w:rsidRDefault="00000000">
      <w:pPr>
        <w:pStyle w:val="Ttulo2"/>
      </w:pPr>
      <w:r>
        <w:rPr>
          <w:color w:val="C00000"/>
          <w:sz w:val="25"/>
        </w:rPr>
        <w:lastRenderedPageBreak/>
        <w:t>5. Escritura fraccionaria de números decimales</w:t>
      </w:r>
    </w:p>
    <w:p w14:paraId="6D4245E0" w14:textId="77777777" w:rsidR="002E3A0B" w:rsidRDefault="00000000">
      <w:r>
        <w:t>Escribe los números decimales siguientes en forma de fracción:</w:t>
      </w:r>
    </w:p>
    <w:p w14:paraId="227F8ECC" w14:textId="77777777" w:rsidR="002E3A0B" w:rsidRDefault="00000000">
      <w:pPr>
        <w:jc w:val="center"/>
      </w:pPr>
      <w:r>
        <w:rPr>
          <w:b/>
        </w:rPr>
        <w:t>0,12     -     53,7     -     0,456</w:t>
      </w:r>
    </w:p>
    <w:p w14:paraId="1295FBA8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1EE423D1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313EBCDA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4EDFCC50" w14:textId="77777777" w:rsidR="002E3A0B" w:rsidRDefault="00000000">
      <w:pPr>
        <w:pStyle w:val="Ttulo2"/>
      </w:pPr>
      <w:r>
        <w:rPr>
          <w:color w:val="C00000"/>
          <w:sz w:val="25"/>
        </w:rPr>
        <w:t>6. Problema de transporte escolar</w:t>
      </w:r>
    </w:p>
    <w:p w14:paraId="7AAE0016" w14:textId="77777777" w:rsidR="002E3A0B" w:rsidRDefault="00000000">
      <w:r>
        <w:t>En una escuela hay 684 alumnos. De ellos, 2/6 se desplazan a la escuela utilizando el autobús escolar; 4/9 utilizan medios de transporte privado y el resto van andando.</w:t>
      </w:r>
    </w:p>
    <w:p w14:paraId="004642D5" w14:textId="77777777" w:rsidR="002E3A0B" w:rsidRDefault="00000000">
      <w:r>
        <w:t>a) Calcula el número de alumnos que se desplazan en transporte privado a la escuela.</w:t>
      </w:r>
    </w:p>
    <w:p w14:paraId="227E9C27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6E39558A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28938166" w14:textId="77777777" w:rsidR="002E3A0B" w:rsidRDefault="00000000">
      <w:r>
        <w:t>b) Calcula el número de alumnos que van andando.</w:t>
      </w:r>
    </w:p>
    <w:p w14:paraId="3DD8000B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2286859B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1DC05C75" w14:textId="77777777" w:rsidR="002E3A0B" w:rsidRDefault="00000000">
      <w:r>
        <w:br w:type="page"/>
      </w:r>
    </w:p>
    <w:p w14:paraId="77A7C37A" w14:textId="77777777" w:rsidR="002E3A0B" w:rsidRDefault="00000000">
      <w:pPr>
        <w:pStyle w:val="Ttulo2"/>
      </w:pPr>
      <w:r>
        <w:rPr>
          <w:color w:val="C00000"/>
          <w:sz w:val="25"/>
        </w:rPr>
        <w:lastRenderedPageBreak/>
        <w:t>7. Construcción geométrica</w:t>
      </w:r>
    </w:p>
    <w:p w14:paraId="7A030A64" w14:textId="77777777" w:rsidR="002E3A0B" w:rsidRDefault="00000000">
      <w:r>
        <w:t>Construye el trapecio rectángulo EFGH sabiendo que:</w:t>
      </w:r>
    </w:p>
    <w:p w14:paraId="61B28DE5" w14:textId="77777777" w:rsidR="002E3A0B" w:rsidRDefault="00000000">
      <w:pPr>
        <w:pStyle w:val="Listaconvietas"/>
      </w:pPr>
      <w:r>
        <w:t>La base mayor es GH = 7 cm.</w:t>
      </w:r>
    </w:p>
    <w:p w14:paraId="19FA75DE" w14:textId="77777777" w:rsidR="002E3A0B" w:rsidRDefault="00000000">
      <w:pPr>
        <w:pStyle w:val="Listaconvietas"/>
      </w:pPr>
      <w:r>
        <w:t>La base menor es EF = 4 cm.</w:t>
      </w:r>
    </w:p>
    <w:p w14:paraId="388879CD" w14:textId="77777777" w:rsidR="002E3A0B" w:rsidRDefault="00000000">
      <w:pPr>
        <w:pStyle w:val="Listaconvietas"/>
      </w:pPr>
      <w:r>
        <w:t>La altura es EH = 3,5 cm.</w:t>
      </w:r>
    </w:p>
    <w:p w14:paraId="66B57122" w14:textId="77777777" w:rsidR="002E3A0B" w:rsidRDefault="00000000">
      <w:r>
        <w:rPr>
          <w:b/>
        </w:rPr>
        <w:t>Espacio para la construcción:</w:t>
      </w:r>
    </w:p>
    <w:p w14:paraId="402F0346" w14:textId="77777777" w:rsidR="00AE0733" w:rsidRDefault="00AE0733">
      <w:pPr>
        <w:pStyle w:val="Ttulo2"/>
        <w:rPr>
          <w:color w:val="C00000"/>
          <w:sz w:val="25"/>
        </w:rPr>
      </w:pPr>
    </w:p>
    <w:p w14:paraId="42230D26" w14:textId="77777777" w:rsidR="00AE0733" w:rsidRDefault="00AE0733">
      <w:pPr>
        <w:pStyle w:val="Ttulo2"/>
        <w:rPr>
          <w:color w:val="C00000"/>
          <w:sz w:val="25"/>
        </w:rPr>
      </w:pPr>
    </w:p>
    <w:p w14:paraId="34CFE686" w14:textId="77777777" w:rsidR="00AE0733" w:rsidRDefault="00AE0733">
      <w:pPr>
        <w:pStyle w:val="Ttulo2"/>
        <w:rPr>
          <w:color w:val="C00000"/>
          <w:sz w:val="25"/>
        </w:rPr>
      </w:pPr>
    </w:p>
    <w:p w14:paraId="684F4228" w14:textId="77777777" w:rsidR="00AE0733" w:rsidRDefault="00AE0733">
      <w:pPr>
        <w:pStyle w:val="Ttulo2"/>
        <w:rPr>
          <w:color w:val="C00000"/>
          <w:sz w:val="25"/>
        </w:rPr>
      </w:pPr>
    </w:p>
    <w:p w14:paraId="69B5619B" w14:textId="77777777" w:rsidR="00AE0733" w:rsidRDefault="00AE0733">
      <w:pPr>
        <w:pStyle w:val="Ttulo2"/>
        <w:rPr>
          <w:color w:val="C00000"/>
          <w:sz w:val="25"/>
        </w:rPr>
      </w:pPr>
    </w:p>
    <w:p w14:paraId="1CF1C507" w14:textId="77777777" w:rsidR="00AE0733" w:rsidRDefault="00AE0733">
      <w:pPr>
        <w:pStyle w:val="Ttulo2"/>
        <w:rPr>
          <w:color w:val="C00000"/>
          <w:sz w:val="25"/>
        </w:rPr>
      </w:pPr>
    </w:p>
    <w:p w14:paraId="2C3B8537" w14:textId="77777777" w:rsidR="00AE0733" w:rsidRDefault="00AE0733">
      <w:pPr>
        <w:pStyle w:val="Ttulo2"/>
        <w:rPr>
          <w:color w:val="C00000"/>
          <w:sz w:val="25"/>
        </w:rPr>
      </w:pPr>
    </w:p>
    <w:p w14:paraId="77B98527" w14:textId="77777777" w:rsidR="00AE0733" w:rsidRDefault="00AE0733">
      <w:pPr>
        <w:pStyle w:val="Ttulo2"/>
        <w:rPr>
          <w:color w:val="C00000"/>
          <w:sz w:val="25"/>
        </w:rPr>
      </w:pPr>
    </w:p>
    <w:p w14:paraId="229141B9" w14:textId="0272587E" w:rsidR="002E3A0B" w:rsidRDefault="00000000">
      <w:pPr>
        <w:pStyle w:val="Ttulo2"/>
      </w:pPr>
      <w:r>
        <w:rPr>
          <w:color w:val="C00000"/>
          <w:sz w:val="25"/>
        </w:rPr>
        <w:t>8. Paralelogramo</w:t>
      </w:r>
    </w:p>
    <w:p w14:paraId="39931081" w14:textId="77777777" w:rsidR="002E3A0B" w:rsidRDefault="00000000">
      <w:r>
        <w:t>Construye el paralelogramo ABCD sabiendo que AB = 5 cm, BC = 3 cm y el ángulo ABC = 110º.</w:t>
      </w:r>
    </w:p>
    <w:p w14:paraId="59ECE47A" w14:textId="77777777" w:rsidR="002E3A0B" w:rsidRDefault="00000000">
      <w:r>
        <w:rPr>
          <w:b/>
        </w:rPr>
        <w:t>Espacio para la construcción:</w:t>
      </w:r>
    </w:p>
    <w:p w14:paraId="4692B580" w14:textId="77777777" w:rsidR="00AE0733" w:rsidRDefault="00AE0733">
      <w:pPr>
        <w:pStyle w:val="Ttulo2"/>
        <w:rPr>
          <w:color w:val="C00000"/>
          <w:sz w:val="25"/>
        </w:rPr>
      </w:pPr>
    </w:p>
    <w:p w14:paraId="70D81F02" w14:textId="77777777" w:rsidR="00AE0733" w:rsidRDefault="00AE0733" w:rsidP="00AE0733"/>
    <w:p w14:paraId="2F81EA6C" w14:textId="77777777" w:rsidR="00AE0733" w:rsidRDefault="00AE0733" w:rsidP="00AE0733"/>
    <w:p w14:paraId="0EB7E078" w14:textId="77777777" w:rsidR="00AE0733" w:rsidRDefault="00AE0733" w:rsidP="00AE0733"/>
    <w:p w14:paraId="71F0D714" w14:textId="77777777" w:rsidR="00AE0733" w:rsidRDefault="00AE0733" w:rsidP="00AE0733"/>
    <w:p w14:paraId="7CECE74D" w14:textId="77777777" w:rsidR="00AE0733" w:rsidRDefault="00AE0733" w:rsidP="00AE0733"/>
    <w:p w14:paraId="6C793781" w14:textId="77777777" w:rsidR="00AE0733" w:rsidRDefault="00AE0733" w:rsidP="00AE0733"/>
    <w:p w14:paraId="71FD2779" w14:textId="77777777" w:rsidR="00AE0733" w:rsidRPr="00AE0733" w:rsidRDefault="00AE0733" w:rsidP="00AE0733"/>
    <w:p w14:paraId="7A3034F2" w14:textId="77777777" w:rsidR="00AE0733" w:rsidRDefault="00AE0733">
      <w:pPr>
        <w:pStyle w:val="Ttulo2"/>
        <w:rPr>
          <w:color w:val="C00000"/>
          <w:sz w:val="25"/>
        </w:rPr>
      </w:pPr>
    </w:p>
    <w:p w14:paraId="1B0A3E27" w14:textId="77777777" w:rsidR="00AE0733" w:rsidRDefault="00AE0733">
      <w:pPr>
        <w:pStyle w:val="Ttulo2"/>
        <w:rPr>
          <w:color w:val="C00000"/>
          <w:sz w:val="25"/>
        </w:rPr>
      </w:pPr>
    </w:p>
    <w:p w14:paraId="10313B50" w14:textId="77777777" w:rsidR="00AE0733" w:rsidRDefault="00AE0733" w:rsidP="00AE0733"/>
    <w:p w14:paraId="2FC37613" w14:textId="77777777" w:rsidR="00AE0733" w:rsidRDefault="00AE0733" w:rsidP="00AE0733"/>
    <w:p w14:paraId="1CD5FB16" w14:textId="77777777" w:rsidR="00AE0733" w:rsidRPr="00AE0733" w:rsidRDefault="00AE0733" w:rsidP="00AE0733"/>
    <w:p w14:paraId="44F6E94B" w14:textId="266C1264" w:rsidR="002E3A0B" w:rsidRDefault="00000000">
      <w:pPr>
        <w:pStyle w:val="Ttulo2"/>
      </w:pPr>
      <w:r>
        <w:rPr>
          <w:color w:val="C00000"/>
          <w:sz w:val="25"/>
        </w:rPr>
        <w:lastRenderedPageBreak/>
        <w:t>9. Circunferencia y triángulo</w:t>
      </w:r>
    </w:p>
    <w:p w14:paraId="4F60C47A" w14:textId="77777777" w:rsidR="002E3A0B" w:rsidRDefault="00000000">
      <w:r>
        <w:t>Construye la circunferencia de centro I y radio 3,5 cm.</w:t>
      </w:r>
    </w:p>
    <w:p w14:paraId="4E5E5B2E" w14:textId="77777777" w:rsidR="002E3A0B" w:rsidRDefault="00000000">
      <w:r>
        <w:t>a) Sitúa los puntos A y B sobre la circunferencia, sabiendo que AB = 6 cm.</w:t>
      </w:r>
    </w:p>
    <w:p w14:paraId="14DCCBE8" w14:textId="77777777" w:rsidR="002E3A0B" w:rsidRDefault="00000000">
      <w:r>
        <w:t>b) Sitúa el punto C de forma que el segmento [AC] sea un diámetro de la circunferencia.</w:t>
      </w:r>
    </w:p>
    <w:p w14:paraId="75872EBD" w14:textId="77777777" w:rsidR="002E3A0B" w:rsidRDefault="00000000">
      <w:r>
        <w:t>c) ¿Cuál es la naturaleza del triángulo ABC?</w:t>
      </w:r>
    </w:p>
    <w:p w14:paraId="5E18EFFC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7DBB82F7" w14:textId="77777777" w:rsidR="002E3A0B" w:rsidRDefault="00000000">
      <w:pPr>
        <w:spacing w:after="20"/>
      </w:pPr>
      <w:r>
        <w:t>....................................................................................................................</w:t>
      </w:r>
    </w:p>
    <w:p w14:paraId="1D9C3791" w14:textId="77777777" w:rsidR="002E3A0B" w:rsidRDefault="00000000">
      <w:r>
        <w:rPr>
          <w:b/>
        </w:rPr>
        <w:t>Espacio para la construcción:</w:t>
      </w:r>
    </w:p>
    <w:sectPr w:rsidR="002E3A0B" w:rsidSect="00034616">
      <w:footerReference w:type="default" r:id="rId8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4928" w14:textId="77777777" w:rsidR="0007519D" w:rsidRDefault="0007519D">
      <w:pPr>
        <w:spacing w:after="0" w:line="240" w:lineRule="auto"/>
      </w:pPr>
      <w:r>
        <w:separator/>
      </w:r>
    </w:p>
  </w:endnote>
  <w:endnote w:type="continuationSeparator" w:id="0">
    <w:p w14:paraId="5A243CE0" w14:textId="77777777" w:rsidR="0007519D" w:rsidRDefault="0007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2ED0" w14:textId="77777777" w:rsidR="002E3A0B" w:rsidRDefault="00000000">
    <w:pPr>
      <w:pStyle w:val="Piedepgina"/>
      <w:jc w:val="center"/>
    </w:pPr>
    <w:r>
      <w:rPr>
        <w:color w:val="646464"/>
        <w:sz w:val="16"/>
      </w:rPr>
      <w:t>Control traducido al castellano a partir del modelo original en árabe.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78EC" w14:textId="77777777" w:rsidR="0007519D" w:rsidRDefault="0007519D">
      <w:pPr>
        <w:spacing w:after="0" w:line="240" w:lineRule="auto"/>
      </w:pPr>
      <w:r>
        <w:separator/>
      </w:r>
    </w:p>
  </w:footnote>
  <w:footnote w:type="continuationSeparator" w:id="0">
    <w:p w14:paraId="2AFE3161" w14:textId="77777777" w:rsidR="0007519D" w:rsidRDefault="00075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533233">
    <w:abstractNumId w:val="8"/>
  </w:num>
  <w:num w:numId="2" w16cid:durableId="1767994194">
    <w:abstractNumId w:val="6"/>
  </w:num>
  <w:num w:numId="3" w16cid:durableId="533926914">
    <w:abstractNumId w:val="5"/>
  </w:num>
  <w:num w:numId="4" w16cid:durableId="1755473497">
    <w:abstractNumId w:val="4"/>
  </w:num>
  <w:num w:numId="5" w16cid:durableId="321861707">
    <w:abstractNumId w:val="7"/>
  </w:num>
  <w:num w:numId="6" w16cid:durableId="844437560">
    <w:abstractNumId w:val="3"/>
  </w:num>
  <w:num w:numId="7" w16cid:durableId="1078138096">
    <w:abstractNumId w:val="2"/>
  </w:num>
  <w:num w:numId="8" w16cid:durableId="1523084492">
    <w:abstractNumId w:val="1"/>
  </w:num>
  <w:num w:numId="9" w16cid:durableId="91220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19D"/>
    <w:rsid w:val="0015074B"/>
    <w:rsid w:val="0029639D"/>
    <w:rsid w:val="002E3A0B"/>
    <w:rsid w:val="00326F90"/>
    <w:rsid w:val="004530E7"/>
    <w:rsid w:val="00AA1D8D"/>
    <w:rsid w:val="00AE073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77402"/>
  <w14:defaultImageDpi w14:val="300"/>
  <w15:docId w15:val="{6EE38008-1C86-4245-AA4D-C37A51A4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2026-06-29T10:02:00Z</dcterms:modified>
  <cp:category/>
</cp:coreProperties>
</file>