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B440" w14:textId="77777777" w:rsidR="00336483" w:rsidRDefault="00000000">
      <w:pPr>
        <w:jc w:val="center"/>
      </w:pPr>
      <w:r>
        <w:rPr>
          <w:b/>
          <w:sz w:val="32"/>
        </w:rPr>
        <w:t>Matemáticas - 6.º Primaria</w:t>
      </w:r>
    </w:p>
    <w:p w14:paraId="3F4BD098" w14:textId="77777777" w:rsidR="00336483" w:rsidRDefault="00000000">
      <w:pPr>
        <w:jc w:val="center"/>
      </w:pPr>
      <w:r>
        <w:rPr>
          <w:b/>
          <w:sz w:val="24"/>
        </w:rPr>
        <w:t>Control 2 - Segundo semestre - Modelo 2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336483" w14:paraId="5BB770E9" w14:textId="77777777">
        <w:trPr>
          <w:jc w:val="center"/>
        </w:trPr>
        <w:tc>
          <w:tcPr>
            <w:tcW w:w="2635" w:type="dxa"/>
            <w:shd w:val="clear" w:color="auto" w:fill="D9EAF7"/>
            <w:vAlign w:val="center"/>
          </w:tcPr>
          <w:p w14:paraId="5A8E2CC9" w14:textId="77777777" w:rsidR="00336483" w:rsidRDefault="00000000">
            <w:pPr>
              <w:jc w:val="center"/>
            </w:pPr>
            <w:r>
              <w:rPr>
                <w:b/>
                <w:sz w:val="18"/>
              </w:rPr>
              <w:t>Nombre y apellidos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1B59057F" w14:textId="77777777" w:rsidR="00336483" w:rsidRDefault="00000000">
            <w:pPr>
              <w:jc w:val="center"/>
            </w:pPr>
            <w:r>
              <w:rPr>
                <w:b/>
                <w:sz w:val="18"/>
              </w:rPr>
              <w:t>Curso / grupo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413490E2" w14:textId="77777777" w:rsidR="00336483" w:rsidRDefault="00000000">
            <w:pPr>
              <w:jc w:val="center"/>
            </w:pPr>
            <w:r>
              <w:rPr>
                <w:b/>
                <w:sz w:val="18"/>
              </w:rPr>
              <w:t>Fecha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18A70D57" w14:textId="77777777" w:rsidR="00336483" w:rsidRDefault="00000000">
            <w:pPr>
              <w:jc w:val="center"/>
            </w:pPr>
            <w:r>
              <w:rPr>
                <w:b/>
                <w:sz w:val="18"/>
              </w:rPr>
              <w:t>Nota</w:t>
            </w:r>
          </w:p>
        </w:tc>
      </w:tr>
      <w:tr w:rsidR="00336483" w14:paraId="14A1A9E8" w14:textId="77777777">
        <w:trPr>
          <w:jc w:val="center"/>
        </w:trPr>
        <w:tc>
          <w:tcPr>
            <w:tcW w:w="2635" w:type="dxa"/>
            <w:vAlign w:val="center"/>
          </w:tcPr>
          <w:p w14:paraId="27737E3A" w14:textId="77777777" w:rsidR="00336483" w:rsidRDefault="00336483">
            <w:pPr>
              <w:jc w:val="center"/>
            </w:pPr>
          </w:p>
        </w:tc>
        <w:tc>
          <w:tcPr>
            <w:tcW w:w="2635" w:type="dxa"/>
            <w:vAlign w:val="center"/>
          </w:tcPr>
          <w:p w14:paraId="14BE39E9" w14:textId="77777777" w:rsidR="00336483" w:rsidRDefault="00336483">
            <w:pPr>
              <w:jc w:val="center"/>
            </w:pPr>
          </w:p>
        </w:tc>
        <w:tc>
          <w:tcPr>
            <w:tcW w:w="2635" w:type="dxa"/>
            <w:vAlign w:val="center"/>
          </w:tcPr>
          <w:p w14:paraId="60C05405" w14:textId="77777777" w:rsidR="00336483" w:rsidRDefault="00336483">
            <w:pPr>
              <w:jc w:val="center"/>
            </w:pPr>
          </w:p>
        </w:tc>
        <w:tc>
          <w:tcPr>
            <w:tcW w:w="2635" w:type="dxa"/>
            <w:vAlign w:val="center"/>
          </w:tcPr>
          <w:p w14:paraId="4D641C62" w14:textId="77777777" w:rsidR="00336483" w:rsidRDefault="00336483">
            <w:pPr>
              <w:jc w:val="center"/>
            </w:pPr>
          </w:p>
        </w:tc>
      </w:tr>
    </w:tbl>
    <w:p w14:paraId="18FFD5A4" w14:textId="77777777" w:rsidR="00336483" w:rsidRDefault="00336483"/>
    <w:p w14:paraId="29B3BC70" w14:textId="77777777" w:rsidR="00336483" w:rsidRDefault="00000000">
      <w:pPr>
        <w:spacing w:before="120" w:after="80"/>
      </w:pPr>
      <w:r>
        <w:rPr>
          <w:b/>
          <w:sz w:val="24"/>
        </w:rPr>
        <w:t>Actividades numéricas (16 puntos)</w:t>
      </w:r>
    </w:p>
    <w:p w14:paraId="6F50CF94" w14:textId="77777777" w:rsidR="00336483" w:rsidRDefault="00000000">
      <w:pPr>
        <w:spacing w:after="60"/>
      </w:pPr>
      <w:r>
        <w:rPr>
          <w:b/>
        </w:rPr>
        <w:t xml:space="preserve">1. (3 ptos) </w:t>
      </w:r>
      <w:r>
        <w:t>Ordena los números siguientes de forma creciente:</w:t>
      </w:r>
    </w:p>
    <w:p w14:paraId="0A385821" w14:textId="77777777" w:rsidR="00336483" w:rsidRDefault="00000000">
      <w:r>
        <w:t>7/9 ; 1,405 ; 3/2 ; 1,507 ; 1,3</w:t>
      </w:r>
    </w:p>
    <w:p w14:paraId="2E99AB1A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5845D85D" w14:textId="77777777" w:rsidR="00336483" w:rsidRDefault="00000000">
      <w:pPr>
        <w:spacing w:after="60"/>
      </w:pPr>
      <w:r>
        <w:rPr>
          <w:b/>
        </w:rPr>
        <w:t xml:space="preserve">2. (7 ptos) </w:t>
      </w:r>
      <w:r>
        <w:t>Coloca y calcula:</w:t>
      </w:r>
    </w:p>
    <w:p w14:paraId="0A8A5269" w14:textId="77777777" w:rsidR="00336483" w:rsidRDefault="00000000">
      <w:r>
        <w:t>72642 - (975,42 + 768,9) =</w:t>
      </w:r>
    </w:p>
    <w:p w14:paraId="77884BD3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2D1DB02" w14:textId="77777777" w:rsidR="00336483" w:rsidRDefault="00000000">
      <w:r>
        <w:t>50,3 x 48,94 =</w:t>
      </w:r>
    </w:p>
    <w:p w14:paraId="07CBB139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2C5A94DA" w14:textId="77777777" w:rsidR="00336483" w:rsidRDefault="00000000">
      <w:r>
        <w:t>191,26 ÷ 36,5 =</w:t>
      </w:r>
    </w:p>
    <w:p w14:paraId="2A0D2B11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5639E3AC" w14:textId="77777777" w:rsidR="00336483" w:rsidRDefault="00000000">
      <w:pPr>
        <w:spacing w:after="60"/>
      </w:pPr>
      <w:r>
        <w:rPr>
          <w:b/>
        </w:rPr>
        <w:t xml:space="preserve">3. (3 ptos) </w:t>
      </w:r>
      <w:r>
        <w:t>Calcula:</w:t>
      </w:r>
    </w:p>
    <w:p w14:paraId="05E015AE" w14:textId="77777777" w:rsidR="00336483" w:rsidRDefault="00000000">
      <w:r>
        <w:t>(3/5 - 1/4) ÷ (7/6 + 1/2) =</w:t>
      </w:r>
    </w:p>
    <w:p w14:paraId="00AC5FAC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6FDF0A72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5AA0A3C3" w14:textId="77777777" w:rsidR="00336483" w:rsidRDefault="00000000">
      <w:pPr>
        <w:spacing w:after="60"/>
      </w:pPr>
      <w:r>
        <w:rPr>
          <w:b/>
        </w:rPr>
        <w:t xml:space="preserve">4. (3 ptos) </w:t>
      </w:r>
      <w:r>
        <w:t>La distancia entre dos ciudades A y B es de 222 km. a) ¿Cuál será la distancia en cm entre esas dos ciudades en un mapa dibujado a escala 1/10 000 000? b) ¿Cuál es la escala adecuada si la distancia entre las dos ciudades en el mapa es de 8 cm?</w:t>
      </w:r>
    </w:p>
    <w:p w14:paraId="609D76FD" w14:textId="77777777" w:rsidR="001F0549" w:rsidRDefault="001F0549">
      <w:pPr>
        <w:spacing w:before="120" w:after="80"/>
      </w:pPr>
    </w:p>
    <w:p w14:paraId="2E822F70" w14:textId="77777777" w:rsidR="001F0549" w:rsidRDefault="001F0549">
      <w:pPr>
        <w:spacing w:before="120" w:after="80"/>
      </w:pPr>
    </w:p>
    <w:p w14:paraId="08A1FE58" w14:textId="77777777" w:rsidR="001F0549" w:rsidRDefault="001F0549">
      <w:pPr>
        <w:spacing w:before="120" w:after="80"/>
      </w:pPr>
    </w:p>
    <w:p w14:paraId="2F1B72FF" w14:textId="77777777" w:rsidR="001F0549" w:rsidRDefault="001F0549">
      <w:pPr>
        <w:spacing w:before="120" w:after="80"/>
      </w:pPr>
    </w:p>
    <w:p w14:paraId="414846E6" w14:textId="49A737FB" w:rsidR="00336483" w:rsidRDefault="00000000">
      <w:pPr>
        <w:spacing w:before="120" w:after="80"/>
      </w:pPr>
      <w:proofErr w:type="spellStart"/>
      <w:r>
        <w:rPr>
          <w:b/>
          <w:sz w:val="24"/>
        </w:rPr>
        <w:t>Actividades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geométricas</w:t>
      </w:r>
      <w:proofErr w:type="spellEnd"/>
      <w:r>
        <w:rPr>
          <w:b/>
          <w:sz w:val="24"/>
        </w:rPr>
        <w:t xml:space="preserve"> (11 puntos)</w:t>
      </w:r>
    </w:p>
    <w:p w14:paraId="0CD4AD6A" w14:textId="77777777" w:rsidR="00336483" w:rsidRDefault="00000000">
      <w:pPr>
        <w:spacing w:after="60"/>
      </w:pPr>
      <w:r>
        <w:rPr>
          <w:b/>
        </w:rPr>
        <w:t xml:space="preserve">5. (3 ptos) </w:t>
      </w:r>
      <w:r>
        <w:t>Construye el ángulo AOB de medida 120° y construye [OK], bisectriz del ángulo AOB.</w:t>
      </w:r>
    </w:p>
    <w:p w14:paraId="67AB0EE4" w14:textId="77777777" w:rsidR="00336483" w:rsidRDefault="00336483"/>
    <w:p w14:paraId="03F6BE81" w14:textId="77777777" w:rsidR="001F0549" w:rsidRDefault="001F0549"/>
    <w:p w14:paraId="3EA91FE4" w14:textId="77777777" w:rsidR="001F0549" w:rsidRDefault="001F0549"/>
    <w:p w14:paraId="263A1463" w14:textId="77777777" w:rsidR="001F0549" w:rsidRDefault="001F0549"/>
    <w:p w14:paraId="286738F1" w14:textId="77777777" w:rsidR="00336483" w:rsidRDefault="00000000">
      <w:pPr>
        <w:spacing w:after="60"/>
      </w:pPr>
      <w:r>
        <w:rPr>
          <w:b/>
        </w:rPr>
        <w:t xml:space="preserve">6. (2 ptos) </w:t>
      </w:r>
      <w:r>
        <w:t>Construye el paralelogramo EFGH con EF = 6 cm, FG = 4,5 cm y ángulo EFG = 70°.</w:t>
      </w:r>
    </w:p>
    <w:p w14:paraId="6FC3923C" w14:textId="77777777" w:rsidR="00336483" w:rsidRDefault="00336483"/>
    <w:p w14:paraId="3D0E7990" w14:textId="77777777" w:rsidR="001F0549" w:rsidRDefault="001F0549"/>
    <w:p w14:paraId="78FC87F3" w14:textId="77777777" w:rsidR="001F0549" w:rsidRDefault="001F0549"/>
    <w:p w14:paraId="782A4827" w14:textId="77777777" w:rsidR="001F0549" w:rsidRDefault="001F0549"/>
    <w:p w14:paraId="3CCE0274" w14:textId="77777777" w:rsidR="00336483" w:rsidRDefault="00000000">
      <w:pPr>
        <w:spacing w:after="60"/>
      </w:pPr>
      <w:r>
        <w:rPr>
          <w:b/>
        </w:rPr>
        <w:t xml:space="preserve">7. (3 ptos) </w:t>
      </w:r>
      <w:r>
        <w:t>Un agricultor posee una parcela en forma de rombo cuya diagonal mayor mide 81 m y cuya diagonal menor es 2/3 de la mayor. Sabiendo que esta parcela produce 32 kg de patatas por cada 2 m², calcula la cosecha de una temporada en kg.</w:t>
      </w:r>
    </w:p>
    <w:p w14:paraId="46410351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72918D6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0EAA9E7D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28EE598" w14:textId="77777777" w:rsidR="00336483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7F0ADD4B" w14:textId="77777777" w:rsidR="00336483" w:rsidRDefault="00000000">
      <w:pPr>
        <w:spacing w:after="60"/>
      </w:pPr>
      <w:r>
        <w:rPr>
          <w:b/>
        </w:rPr>
        <w:t xml:space="preserve">8. (3 ptos) </w:t>
      </w:r>
      <w:r>
        <w:t>Construye la figura simétrica respecto del eje (D).</w:t>
      </w:r>
    </w:p>
    <w:p w14:paraId="5ED887B8" w14:textId="3D192645" w:rsidR="00336483" w:rsidRDefault="001F0549">
      <w:pPr>
        <w:jc w:val="center"/>
      </w:pPr>
      <w:r>
        <w:rPr>
          <w:noProof/>
        </w:rPr>
        <w:drawing>
          <wp:inline distT="0" distB="0" distL="0" distR="0" wp14:anchorId="08DDF34C" wp14:editId="45CB5000">
            <wp:extent cx="3057525" cy="34956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B9940" w14:textId="77777777" w:rsidR="00336483" w:rsidRDefault="00000000">
      <w:pPr>
        <w:spacing w:before="120" w:after="80"/>
      </w:pPr>
      <w:r>
        <w:rPr>
          <w:b/>
          <w:sz w:val="24"/>
        </w:rPr>
        <w:t>Actividades de medida (13 puntos)</w:t>
      </w:r>
    </w:p>
    <w:p w14:paraId="0A930C50" w14:textId="77777777" w:rsidR="00336483" w:rsidRDefault="00000000">
      <w:r>
        <w:t>980,46 m + 27,6 dam = ......................... hm</w:t>
      </w:r>
    </w:p>
    <w:p w14:paraId="464C074B" w14:textId="77777777" w:rsidR="00336483" w:rsidRDefault="00000000">
      <w:r>
        <w:t>1/5 q + 500 hg = ......................... kg</w:t>
      </w:r>
    </w:p>
    <w:p w14:paraId="6DC0A4DB" w14:textId="77777777" w:rsidR="00336483" w:rsidRDefault="00000000">
      <w:r>
        <w:t>4,6 ha + 3500 m² = ......................... a</w:t>
      </w:r>
    </w:p>
    <w:p w14:paraId="128152E2" w14:textId="77777777" w:rsidR="00336483" w:rsidRDefault="00000000">
      <w:r>
        <w:t>290 hl + 7000 cl = ......................... dm³</w:t>
      </w:r>
    </w:p>
    <w:p w14:paraId="06555C2E" w14:textId="77777777" w:rsidR="00336483" w:rsidRDefault="00000000">
      <w:pPr>
        <w:spacing w:after="60"/>
      </w:pPr>
      <w:r>
        <w:rPr>
          <w:b/>
        </w:rPr>
        <w:t xml:space="preserve">9. (3 ptos) </w:t>
      </w:r>
      <w:r>
        <w:t>Un coche tiene un depósito cilíndrico cuyo diámetro de base es 4 dm y su altura 8 dm. a) Calcula la capacidad del depósito en litros. b) Calcula la distancia que recorre con el depósito lleno si consume 5 litros cada 100 km.</w:t>
      </w:r>
    </w:p>
    <w:p w14:paraId="7F6C8445" w14:textId="6E2C7070" w:rsidR="00336483" w:rsidRDefault="00336483">
      <w:pPr>
        <w:spacing w:after="0"/>
      </w:pPr>
    </w:p>
    <w:sectPr w:rsidR="00336483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539311">
    <w:abstractNumId w:val="8"/>
  </w:num>
  <w:num w:numId="2" w16cid:durableId="877860402">
    <w:abstractNumId w:val="6"/>
  </w:num>
  <w:num w:numId="3" w16cid:durableId="2008315913">
    <w:abstractNumId w:val="5"/>
  </w:num>
  <w:num w:numId="4" w16cid:durableId="1945989095">
    <w:abstractNumId w:val="4"/>
  </w:num>
  <w:num w:numId="5" w16cid:durableId="1460764225">
    <w:abstractNumId w:val="7"/>
  </w:num>
  <w:num w:numId="6" w16cid:durableId="2008051365">
    <w:abstractNumId w:val="3"/>
  </w:num>
  <w:num w:numId="7" w16cid:durableId="789133017">
    <w:abstractNumId w:val="2"/>
  </w:num>
  <w:num w:numId="8" w16cid:durableId="1660963444">
    <w:abstractNumId w:val="1"/>
  </w:num>
  <w:num w:numId="9" w16cid:durableId="153592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0549"/>
    <w:rsid w:val="0029639D"/>
    <w:rsid w:val="00326F90"/>
    <w:rsid w:val="00336483"/>
    <w:rsid w:val="00AA1D8D"/>
    <w:rsid w:val="00B47730"/>
    <w:rsid w:val="00CB0664"/>
    <w:rsid w:val="00F134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559B6"/>
  <w14:defaultImageDpi w14:val="300"/>
  <w15:docId w15:val="{72CCF726-CB5E-4831-8BBE-F68F33CB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2026-06-29T11:22:00Z</dcterms:modified>
  <cp:category/>
</cp:coreProperties>
</file>