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F2BB4" w14:textId="77777777" w:rsidR="00084764" w:rsidRDefault="00000000">
      <w:pPr>
        <w:jc w:val="center"/>
      </w:pPr>
      <w:r>
        <w:rPr>
          <w:b/>
          <w:sz w:val="32"/>
        </w:rPr>
        <w:t>Matemáticas - 6.º Primaria</w:t>
      </w:r>
    </w:p>
    <w:p w14:paraId="71DC663D" w14:textId="77777777" w:rsidR="00084764" w:rsidRDefault="00000000">
      <w:pPr>
        <w:jc w:val="center"/>
      </w:pPr>
      <w:r>
        <w:rPr>
          <w:b/>
          <w:sz w:val="24"/>
        </w:rPr>
        <w:t>Control 2 - Segundo semestre - Modelo 1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084764" w14:paraId="102398BF" w14:textId="77777777">
        <w:trPr>
          <w:jc w:val="center"/>
        </w:trPr>
        <w:tc>
          <w:tcPr>
            <w:tcW w:w="2635" w:type="dxa"/>
            <w:shd w:val="clear" w:color="auto" w:fill="D9EAF7"/>
            <w:vAlign w:val="center"/>
          </w:tcPr>
          <w:p w14:paraId="2F4B27CD" w14:textId="77777777" w:rsidR="00084764" w:rsidRDefault="00000000">
            <w:pPr>
              <w:jc w:val="center"/>
            </w:pPr>
            <w:r>
              <w:rPr>
                <w:b/>
                <w:sz w:val="18"/>
              </w:rPr>
              <w:t>Nombre y apellidos</w:t>
            </w:r>
          </w:p>
        </w:tc>
        <w:tc>
          <w:tcPr>
            <w:tcW w:w="2635" w:type="dxa"/>
            <w:shd w:val="clear" w:color="auto" w:fill="D9EAF7"/>
            <w:vAlign w:val="center"/>
          </w:tcPr>
          <w:p w14:paraId="71429DD7" w14:textId="77777777" w:rsidR="00084764" w:rsidRDefault="00000000">
            <w:pPr>
              <w:jc w:val="center"/>
            </w:pPr>
            <w:r>
              <w:rPr>
                <w:b/>
                <w:sz w:val="18"/>
              </w:rPr>
              <w:t>Curso / grupo</w:t>
            </w:r>
          </w:p>
        </w:tc>
        <w:tc>
          <w:tcPr>
            <w:tcW w:w="2635" w:type="dxa"/>
            <w:shd w:val="clear" w:color="auto" w:fill="D9EAF7"/>
            <w:vAlign w:val="center"/>
          </w:tcPr>
          <w:p w14:paraId="23AE2E0E" w14:textId="77777777" w:rsidR="00084764" w:rsidRDefault="00000000">
            <w:pPr>
              <w:jc w:val="center"/>
            </w:pPr>
            <w:r>
              <w:rPr>
                <w:b/>
                <w:sz w:val="18"/>
              </w:rPr>
              <w:t>Fecha</w:t>
            </w:r>
          </w:p>
        </w:tc>
        <w:tc>
          <w:tcPr>
            <w:tcW w:w="2635" w:type="dxa"/>
            <w:shd w:val="clear" w:color="auto" w:fill="D9EAF7"/>
            <w:vAlign w:val="center"/>
          </w:tcPr>
          <w:p w14:paraId="6C2986C1" w14:textId="77777777" w:rsidR="00084764" w:rsidRDefault="00000000">
            <w:pPr>
              <w:jc w:val="center"/>
            </w:pPr>
            <w:r>
              <w:rPr>
                <w:b/>
                <w:sz w:val="18"/>
              </w:rPr>
              <w:t>Nota</w:t>
            </w:r>
          </w:p>
        </w:tc>
      </w:tr>
      <w:tr w:rsidR="00084764" w14:paraId="04945F92" w14:textId="77777777">
        <w:trPr>
          <w:jc w:val="center"/>
        </w:trPr>
        <w:tc>
          <w:tcPr>
            <w:tcW w:w="2635" w:type="dxa"/>
            <w:vAlign w:val="center"/>
          </w:tcPr>
          <w:p w14:paraId="40A789F7" w14:textId="77777777" w:rsidR="00084764" w:rsidRDefault="00084764">
            <w:pPr>
              <w:jc w:val="center"/>
            </w:pPr>
          </w:p>
        </w:tc>
        <w:tc>
          <w:tcPr>
            <w:tcW w:w="2635" w:type="dxa"/>
            <w:vAlign w:val="center"/>
          </w:tcPr>
          <w:p w14:paraId="76649382" w14:textId="77777777" w:rsidR="00084764" w:rsidRDefault="00084764">
            <w:pPr>
              <w:jc w:val="center"/>
            </w:pPr>
          </w:p>
        </w:tc>
        <w:tc>
          <w:tcPr>
            <w:tcW w:w="2635" w:type="dxa"/>
            <w:vAlign w:val="center"/>
          </w:tcPr>
          <w:p w14:paraId="0B7BC6B5" w14:textId="77777777" w:rsidR="00084764" w:rsidRDefault="00084764">
            <w:pPr>
              <w:jc w:val="center"/>
            </w:pPr>
          </w:p>
        </w:tc>
        <w:tc>
          <w:tcPr>
            <w:tcW w:w="2635" w:type="dxa"/>
            <w:vAlign w:val="center"/>
          </w:tcPr>
          <w:p w14:paraId="2682D78F" w14:textId="77777777" w:rsidR="00084764" w:rsidRDefault="00084764">
            <w:pPr>
              <w:jc w:val="center"/>
            </w:pPr>
          </w:p>
        </w:tc>
      </w:tr>
    </w:tbl>
    <w:p w14:paraId="4B23169E" w14:textId="77777777" w:rsidR="00084764" w:rsidRDefault="00084764"/>
    <w:p w14:paraId="1C27762E" w14:textId="77777777" w:rsidR="00084764" w:rsidRDefault="00000000">
      <w:pPr>
        <w:spacing w:before="120" w:after="80"/>
      </w:pPr>
      <w:r>
        <w:rPr>
          <w:b/>
          <w:sz w:val="24"/>
        </w:rPr>
        <w:t>Numeración y cálculo (16 puntos)</w:t>
      </w:r>
    </w:p>
    <w:p w14:paraId="30ED80D4" w14:textId="77777777" w:rsidR="00084764" w:rsidRDefault="00000000">
      <w:pPr>
        <w:spacing w:after="60"/>
      </w:pPr>
      <w:r>
        <w:rPr>
          <w:b/>
        </w:rPr>
        <w:t xml:space="preserve">1. </w:t>
      </w:r>
      <w:r>
        <w:t>Coloca y calcula las operaciones siguientes:</w:t>
      </w:r>
    </w:p>
    <w:p w14:paraId="22740EBF" w14:textId="77777777" w:rsidR="00084764" w:rsidRDefault="00000000">
      <w:r>
        <w:t>6230 - (976,31 + 165,26) =</w:t>
      </w:r>
    </w:p>
    <w:p w14:paraId="59668509" w14:textId="77777777" w:rsidR="00084764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4D0A8754" w14:textId="77777777" w:rsidR="00084764" w:rsidRDefault="00000000">
      <w:r>
        <w:t>38210 x 14,5 =</w:t>
      </w:r>
    </w:p>
    <w:p w14:paraId="27F69249" w14:textId="77777777" w:rsidR="00084764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3956BC28" w14:textId="77777777" w:rsidR="00084764" w:rsidRDefault="00000000">
      <w:r>
        <w:t>205,2 ÷ 19 =</w:t>
      </w:r>
    </w:p>
    <w:p w14:paraId="4F7D28DE" w14:textId="77777777" w:rsidR="00084764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0F959A6D" w14:textId="77777777" w:rsidR="00084764" w:rsidRDefault="00000000">
      <w:pPr>
        <w:spacing w:after="60"/>
      </w:pPr>
      <w:r>
        <w:rPr>
          <w:b/>
        </w:rPr>
        <w:t xml:space="preserve">2. (3 ptos) </w:t>
      </w:r>
      <w:r>
        <w:t>Calcula:</w:t>
      </w:r>
    </w:p>
    <w:p w14:paraId="79520FE6" w14:textId="77777777" w:rsidR="00084764" w:rsidRDefault="00000000">
      <w:r>
        <w:t>(1 + 3/4) ÷ (2/3 - 1/6) =</w:t>
      </w:r>
    </w:p>
    <w:p w14:paraId="5C38F59F" w14:textId="77777777" w:rsidR="00084764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1033B366" w14:textId="77777777" w:rsidR="00084764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2A761358" w14:textId="77777777" w:rsidR="00084764" w:rsidRDefault="00000000">
      <w:pPr>
        <w:spacing w:after="60"/>
      </w:pPr>
      <w:r>
        <w:rPr>
          <w:b/>
        </w:rPr>
        <w:t xml:space="preserve">3. (2,5 ptos) </w:t>
      </w:r>
      <w:r>
        <w:t>Ordena los números de forma decreciente utilizando el símbolo &gt;:</w:t>
      </w:r>
    </w:p>
    <w:p w14:paraId="0ED0CECB" w14:textId="77777777" w:rsidR="00084764" w:rsidRDefault="00000000">
      <w:r>
        <w:t>2,6 ; 13/5 ; 2,61 ; 206/100 ; 2,7</w:t>
      </w:r>
    </w:p>
    <w:p w14:paraId="7B9A0195" w14:textId="77777777" w:rsidR="00084764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5E3BA80A" w14:textId="77777777" w:rsidR="00084764" w:rsidRDefault="00000000">
      <w:pPr>
        <w:spacing w:after="60"/>
      </w:pPr>
      <w:r>
        <w:rPr>
          <w:b/>
        </w:rPr>
        <w:t xml:space="preserve">4. (3 ptos) </w:t>
      </w:r>
      <w:r>
        <w:t>Un comerciante depositó 450 000 dirhams en un banco a un determinado interés. Al cabo de un año retiró su dinero con una ganancia de 36 000 dirhams. Calcula el tipo de interés y el importe total retirado.</w:t>
      </w:r>
    </w:p>
    <w:p w14:paraId="31AA6BAA" w14:textId="77777777" w:rsidR="00084764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71F11F0A" w14:textId="77777777" w:rsidR="00084764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4A40AB02" w14:textId="77777777" w:rsidR="00084764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2DED469E" w14:textId="77777777" w:rsidR="00084764" w:rsidRDefault="00000000">
      <w:pPr>
        <w:spacing w:after="0"/>
      </w:pPr>
      <w:r>
        <w:t>................................................................................................................................................</w:t>
      </w:r>
    </w:p>
    <w:p w14:paraId="02BADB8B" w14:textId="77777777" w:rsidR="00084764" w:rsidRDefault="00000000">
      <w:pPr>
        <w:spacing w:before="120" w:after="80"/>
      </w:pPr>
      <w:r>
        <w:rPr>
          <w:b/>
          <w:sz w:val="24"/>
        </w:rPr>
        <w:t>Geometría (11 puntos)</w:t>
      </w:r>
    </w:p>
    <w:p w14:paraId="55850331" w14:textId="77777777" w:rsidR="00084764" w:rsidRDefault="00000000">
      <w:pPr>
        <w:spacing w:after="60"/>
      </w:pPr>
      <w:r>
        <w:rPr>
          <w:b/>
        </w:rPr>
        <w:t xml:space="preserve">5. (3 ptos) </w:t>
      </w:r>
      <w:r>
        <w:t>Con los instrumentos adecuados, construye un triángulo ABC rectángulo en A, con AB = 5 cm y ángulo ABC = 60°. ¿Cuánto mide el ángulo ACB? Justifica tu respuesta.</w:t>
      </w:r>
    </w:p>
    <w:p w14:paraId="2752E625" w14:textId="77777777" w:rsidR="00084764" w:rsidRDefault="00084764"/>
    <w:p w14:paraId="0656E819" w14:textId="77777777" w:rsidR="0092045F" w:rsidRDefault="0092045F"/>
    <w:p w14:paraId="1D1E6B07" w14:textId="77777777" w:rsidR="0092045F" w:rsidRDefault="0092045F"/>
    <w:p w14:paraId="235B92BC" w14:textId="77777777" w:rsidR="0092045F" w:rsidRDefault="0092045F"/>
    <w:p w14:paraId="5B45039E" w14:textId="77777777" w:rsidR="0092045F" w:rsidRDefault="0092045F"/>
    <w:p w14:paraId="40AB0F37" w14:textId="77777777" w:rsidR="0092045F" w:rsidRDefault="0092045F"/>
    <w:p w14:paraId="54371C36" w14:textId="77777777" w:rsidR="0092045F" w:rsidRDefault="0092045F"/>
    <w:p w14:paraId="3F0C7336" w14:textId="77777777" w:rsidR="0092045F" w:rsidRDefault="0092045F"/>
    <w:p w14:paraId="0DF35DBF" w14:textId="77777777" w:rsidR="0092045F" w:rsidRDefault="0092045F"/>
    <w:p w14:paraId="3253DC47" w14:textId="77777777" w:rsidR="00084764" w:rsidRDefault="00000000">
      <w:pPr>
        <w:spacing w:after="60"/>
      </w:pPr>
      <w:r>
        <w:rPr>
          <w:b/>
        </w:rPr>
        <w:lastRenderedPageBreak/>
        <w:t xml:space="preserve">6. (3 ptos) </w:t>
      </w:r>
      <w:r>
        <w:t>Construye una circunferencia C de centro O y radio r = 4 cm. Coloca dos puntos A y B sobre la circunferencia de forma que AOB = 45°. Construye OK, bisectriz del ángulo AOB.</w:t>
      </w:r>
    </w:p>
    <w:p w14:paraId="6F7AAA2C" w14:textId="77777777" w:rsidR="00084764" w:rsidRDefault="00084764"/>
    <w:p w14:paraId="1E30BDED" w14:textId="77777777" w:rsidR="0092045F" w:rsidRDefault="0092045F"/>
    <w:p w14:paraId="575BF08A" w14:textId="77777777" w:rsidR="0092045F" w:rsidRDefault="0092045F"/>
    <w:p w14:paraId="773423DA" w14:textId="77777777" w:rsidR="0092045F" w:rsidRDefault="0092045F"/>
    <w:p w14:paraId="726ED0BC" w14:textId="77777777" w:rsidR="0092045F" w:rsidRDefault="0092045F"/>
    <w:p w14:paraId="0BE95000" w14:textId="77777777" w:rsidR="0092045F" w:rsidRDefault="0092045F"/>
    <w:p w14:paraId="4FDF4535" w14:textId="77777777" w:rsidR="00084764" w:rsidRDefault="00000000">
      <w:pPr>
        <w:spacing w:after="60"/>
      </w:pPr>
      <w:r>
        <w:rPr>
          <w:b/>
        </w:rPr>
        <w:t xml:space="preserve">7. (2 ptos) </w:t>
      </w:r>
      <w:r>
        <w:t>Dibuja el simétrico de la figura ABCD respecto del eje de simetría usando la cuadrícula.</w:t>
      </w:r>
    </w:p>
    <w:p w14:paraId="436ED965" w14:textId="06EC0330" w:rsidR="00084764" w:rsidRDefault="0092045F">
      <w:pPr>
        <w:jc w:val="center"/>
      </w:pPr>
      <w:r w:rsidRPr="0092045F">
        <w:drawing>
          <wp:inline distT="0" distB="0" distL="0" distR="0" wp14:anchorId="274302A9" wp14:editId="582AD5F2">
            <wp:extent cx="6692900" cy="644461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44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E2FA7" w14:textId="204AA473" w:rsidR="00084764" w:rsidRDefault="00000000" w:rsidP="0092045F">
      <w:r>
        <w:br w:type="page"/>
      </w:r>
      <w:r>
        <w:rPr>
          <w:b/>
        </w:rPr>
        <w:lastRenderedPageBreak/>
        <w:t xml:space="preserve">8. (3 ptos) </w:t>
      </w:r>
      <w:r>
        <w:t>Abdelhamid compró un terreno edificable rectangular de 300 m². Si el ancho mide 15 m, calcula su longitud. Después calcula la superficie que puede quedar como jardín si construye una casa cuadrada de lado 11 m y un garaje rectangular de 3,5 m por 6 m.</w:t>
      </w:r>
    </w:p>
    <w:p w14:paraId="3AE80637" w14:textId="77777777" w:rsidR="0092045F" w:rsidRDefault="0092045F">
      <w:pPr>
        <w:spacing w:before="120" w:after="80"/>
        <w:rPr>
          <w:b/>
          <w:sz w:val="24"/>
        </w:rPr>
      </w:pPr>
    </w:p>
    <w:p w14:paraId="161A4629" w14:textId="77777777" w:rsidR="0092045F" w:rsidRDefault="0092045F">
      <w:pPr>
        <w:spacing w:before="120" w:after="80"/>
        <w:rPr>
          <w:b/>
          <w:sz w:val="24"/>
        </w:rPr>
      </w:pPr>
    </w:p>
    <w:p w14:paraId="368F04FB" w14:textId="77777777" w:rsidR="0092045F" w:rsidRDefault="0092045F">
      <w:pPr>
        <w:spacing w:before="120" w:after="80"/>
        <w:rPr>
          <w:b/>
          <w:sz w:val="24"/>
        </w:rPr>
      </w:pPr>
    </w:p>
    <w:p w14:paraId="5E3A85AA" w14:textId="77777777" w:rsidR="0092045F" w:rsidRDefault="0092045F">
      <w:pPr>
        <w:spacing w:before="120" w:after="80"/>
        <w:rPr>
          <w:b/>
          <w:sz w:val="24"/>
        </w:rPr>
      </w:pPr>
    </w:p>
    <w:p w14:paraId="188D1952" w14:textId="77777777" w:rsidR="0092045F" w:rsidRDefault="0092045F">
      <w:pPr>
        <w:spacing w:before="120" w:after="80"/>
        <w:rPr>
          <w:b/>
          <w:sz w:val="24"/>
        </w:rPr>
      </w:pPr>
    </w:p>
    <w:p w14:paraId="412D556E" w14:textId="77777777" w:rsidR="0092045F" w:rsidRDefault="0092045F">
      <w:pPr>
        <w:spacing w:before="120" w:after="80"/>
        <w:rPr>
          <w:b/>
          <w:sz w:val="24"/>
        </w:rPr>
      </w:pPr>
    </w:p>
    <w:p w14:paraId="5BF5C8BC" w14:textId="77777777" w:rsidR="0092045F" w:rsidRDefault="0092045F">
      <w:pPr>
        <w:spacing w:before="120" w:after="80"/>
        <w:rPr>
          <w:b/>
          <w:sz w:val="24"/>
        </w:rPr>
      </w:pPr>
    </w:p>
    <w:p w14:paraId="70D59982" w14:textId="77777777" w:rsidR="0092045F" w:rsidRDefault="0092045F">
      <w:pPr>
        <w:spacing w:before="120" w:after="80"/>
        <w:rPr>
          <w:b/>
          <w:sz w:val="24"/>
        </w:rPr>
      </w:pPr>
    </w:p>
    <w:p w14:paraId="36243CBF" w14:textId="77777777" w:rsidR="0092045F" w:rsidRDefault="0092045F">
      <w:pPr>
        <w:spacing w:before="120" w:after="80"/>
        <w:rPr>
          <w:b/>
          <w:sz w:val="24"/>
        </w:rPr>
      </w:pPr>
    </w:p>
    <w:p w14:paraId="2793B6FA" w14:textId="77777777" w:rsidR="0092045F" w:rsidRDefault="0092045F">
      <w:pPr>
        <w:spacing w:before="120" w:after="80"/>
        <w:rPr>
          <w:b/>
          <w:sz w:val="24"/>
        </w:rPr>
      </w:pPr>
    </w:p>
    <w:p w14:paraId="5CC510AA" w14:textId="77777777" w:rsidR="0092045F" w:rsidRDefault="0092045F">
      <w:pPr>
        <w:spacing w:before="120" w:after="80"/>
        <w:rPr>
          <w:b/>
          <w:sz w:val="24"/>
        </w:rPr>
      </w:pPr>
    </w:p>
    <w:p w14:paraId="6B811B09" w14:textId="77777777" w:rsidR="0092045F" w:rsidRDefault="0092045F">
      <w:pPr>
        <w:spacing w:before="120" w:after="80"/>
        <w:rPr>
          <w:b/>
          <w:sz w:val="24"/>
        </w:rPr>
      </w:pPr>
    </w:p>
    <w:p w14:paraId="5FBF1ECB" w14:textId="0F1D20D4" w:rsidR="00084764" w:rsidRDefault="00000000">
      <w:pPr>
        <w:spacing w:before="120" w:after="80"/>
      </w:pPr>
      <w:proofErr w:type="spellStart"/>
      <w:r>
        <w:rPr>
          <w:b/>
          <w:sz w:val="24"/>
        </w:rPr>
        <w:t>Medida</w:t>
      </w:r>
      <w:proofErr w:type="spellEnd"/>
      <w:r>
        <w:rPr>
          <w:b/>
          <w:sz w:val="24"/>
        </w:rPr>
        <w:t xml:space="preserve"> (13 puntos)</w:t>
      </w:r>
    </w:p>
    <w:p w14:paraId="420D4B5B" w14:textId="77777777" w:rsidR="00084764" w:rsidRDefault="00000000">
      <w:pPr>
        <w:spacing w:after="60"/>
      </w:pPr>
      <w:r>
        <w:rPr>
          <w:b/>
        </w:rPr>
        <w:t xml:space="preserve">9. </w:t>
      </w:r>
      <w:r>
        <w:t>Convierte a la unidad indicada:</w:t>
      </w:r>
    </w:p>
    <w:p w14:paraId="1310B455" w14:textId="77777777" w:rsidR="00084764" w:rsidRDefault="00000000">
      <w:r>
        <w:t>650 m + 41,6 hm = ......................... km</w:t>
      </w:r>
    </w:p>
    <w:p w14:paraId="02E2E54B" w14:textId="77777777" w:rsidR="00084764" w:rsidRDefault="00000000">
      <w:r>
        <w:t>0,48 ha + 862 m² = ......................... a</w:t>
      </w:r>
    </w:p>
    <w:p w14:paraId="55831B80" w14:textId="77777777" w:rsidR="00084764" w:rsidRDefault="00000000">
      <w:r>
        <w:t>1,22 t + 4,5 q + 1520 dg = ......................... kg</w:t>
      </w:r>
    </w:p>
    <w:p w14:paraId="21C2F29E" w14:textId="77777777" w:rsidR="00084764" w:rsidRDefault="00000000">
      <w:r>
        <w:t>2,5 m³ + 85,4 dm³ + 560 dl = ......................... l</w:t>
      </w:r>
    </w:p>
    <w:p w14:paraId="4EE25E35" w14:textId="77777777" w:rsidR="00084764" w:rsidRDefault="00000000">
      <w:pPr>
        <w:spacing w:after="60"/>
      </w:pPr>
      <w:r>
        <w:rPr>
          <w:b/>
        </w:rPr>
        <w:t xml:space="preserve">10. (3 ptos) </w:t>
      </w:r>
      <w:r>
        <w:t>Un agricultor construyó sin asesoramiento técnico un depósito de riego con forma de paralelepípedo rectángulo de 25 m de largo, 18 m de ancho y 4 m de alto. Calcula el mayor volumen de agua que pensaba verter en el depósito. Luego, si el técnico indica que el depósito no soporta una masa de agua superior a 1125 t, calcula la altura máxima permitida para el agua. Dato: densidad del agua = 1 t/m³.</w:t>
      </w:r>
    </w:p>
    <w:p w14:paraId="2E0BFFF9" w14:textId="52F7270C" w:rsidR="00084764" w:rsidRDefault="00084764">
      <w:pPr>
        <w:spacing w:after="0"/>
      </w:pPr>
    </w:p>
    <w:p w14:paraId="52D1CCF4" w14:textId="77777777" w:rsidR="0092045F" w:rsidRDefault="0092045F">
      <w:pPr>
        <w:spacing w:after="0"/>
      </w:pPr>
    </w:p>
    <w:p w14:paraId="731ACC36" w14:textId="77777777" w:rsidR="0092045F" w:rsidRDefault="0092045F">
      <w:pPr>
        <w:spacing w:after="0"/>
      </w:pPr>
    </w:p>
    <w:p w14:paraId="6DC3A99B" w14:textId="77777777" w:rsidR="0092045F" w:rsidRDefault="0092045F">
      <w:pPr>
        <w:spacing w:after="0"/>
      </w:pPr>
    </w:p>
    <w:p w14:paraId="0EE03212" w14:textId="77777777" w:rsidR="0092045F" w:rsidRDefault="0092045F">
      <w:pPr>
        <w:spacing w:after="0"/>
      </w:pPr>
    </w:p>
    <w:p w14:paraId="3A365591" w14:textId="77777777" w:rsidR="0092045F" w:rsidRDefault="0092045F">
      <w:pPr>
        <w:spacing w:after="0"/>
      </w:pPr>
    </w:p>
    <w:p w14:paraId="5171A465" w14:textId="77777777" w:rsidR="0092045F" w:rsidRDefault="0092045F">
      <w:pPr>
        <w:spacing w:after="0"/>
      </w:pPr>
    </w:p>
    <w:p w14:paraId="53F275AF" w14:textId="77777777" w:rsidR="0092045F" w:rsidRDefault="0092045F">
      <w:pPr>
        <w:spacing w:after="0"/>
      </w:pPr>
    </w:p>
    <w:p w14:paraId="7B80456D" w14:textId="77777777" w:rsidR="0092045F" w:rsidRDefault="0092045F">
      <w:pPr>
        <w:spacing w:after="0"/>
      </w:pPr>
    </w:p>
    <w:sectPr w:rsidR="0092045F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8968386">
    <w:abstractNumId w:val="8"/>
  </w:num>
  <w:num w:numId="2" w16cid:durableId="1557400034">
    <w:abstractNumId w:val="6"/>
  </w:num>
  <w:num w:numId="3" w16cid:durableId="1652712528">
    <w:abstractNumId w:val="5"/>
  </w:num>
  <w:num w:numId="4" w16cid:durableId="1615667698">
    <w:abstractNumId w:val="4"/>
  </w:num>
  <w:num w:numId="5" w16cid:durableId="1161773118">
    <w:abstractNumId w:val="7"/>
  </w:num>
  <w:num w:numId="6" w16cid:durableId="1139029372">
    <w:abstractNumId w:val="3"/>
  </w:num>
  <w:num w:numId="7" w16cid:durableId="2011981216">
    <w:abstractNumId w:val="2"/>
  </w:num>
  <w:num w:numId="8" w16cid:durableId="2001081213">
    <w:abstractNumId w:val="1"/>
  </w:num>
  <w:num w:numId="9" w16cid:durableId="64678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4764"/>
    <w:rsid w:val="0015074B"/>
    <w:rsid w:val="0029639D"/>
    <w:rsid w:val="00326F90"/>
    <w:rsid w:val="0092045F"/>
    <w:rsid w:val="00AA1D8D"/>
    <w:rsid w:val="00B47730"/>
    <w:rsid w:val="00CB0664"/>
    <w:rsid w:val="00F134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CB9A7"/>
  <w14:defaultImageDpi w14:val="300"/>
  <w15:docId w15:val="{72CCF726-CB5E-4831-8BBE-F68F33CB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2026-06-29T11:20:00Z</dcterms:modified>
  <cp:category/>
</cp:coreProperties>
</file>