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89"/>
        <w:gridCol w:w="3589"/>
        <w:gridCol w:w="3589"/>
      </w:tblGrid>
      <w:tr w:rsidR="003F4DF3" w14:paraId="2158DD78" w14:textId="77777777">
        <w:trPr>
          <w:jc w:val="center"/>
        </w:trPr>
        <w:tc>
          <w:tcPr>
            <w:tcW w:w="3589" w:type="dxa"/>
            <w:vAlign w:val="center"/>
          </w:tcPr>
          <w:p w14:paraId="4F1D3702" w14:textId="77777777" w:rsidR="003F4DF3" w:rsidRDefault="00000000">
            <w:r>
              <w:rPr>
                <w:sz w:val="19"/>
              </w:rPr>
              <w:t>Nombre y apellidos: .........................................................</w:t>
            </w:r>
          </w:p>
        </w:tc>
        <w:tc>
          <w:tcPr>
            <w:tcW w:w="3589" w:type="dxa"/>
            <w:vAlign w:val="center"/>
          </w:tcPr>
          <w:p w14:paraId="2ED41B93" w14:textId="77777777" w:rsidR="003F4DF3" w:rsidRDefault="00000000">
            <w:r>
              <w:rPr>
                <w:sz w:val="19"/>
              </w:rPr>
              <w:t>Nivel: ........................</w:t>
            </w:r>
          </w:p>
        </w:tc>
        <w:tc>
          <w:tcPr>
            <w:tcW w:w="3589" w:type="dxa"/>
            <w:vAlign w:val="center"/>
          </w:tcPr>
          <w:p w14:paraId="1A3293B2" w14:textId="77777777" w:rsidR="003F4DF3" w:rsidRDefault="00000000">
            <w:pPr>
              <w:jc w:val="center"/>
            </w:pPr>
            <w:r>
              <w:rPr>
                <w:sz w:val="19"/>
              </w:rPr>
              <w:t>Nota: ........ / 10</w:t>
            </w:r>
          </w:p>
        </w:tc>
      </w:tr>
      <w:tr w:rsidR="003F4DF3" w14:paraId="1FA9130D" w14:textId="77777777">
        <w:trPr>
          <w:jc w:val="center"/>
        </w:trPr>
        <w:tc>
          <w:tcPr>
            <w:tcW w:w="3589" w:type="dxa"/>
            <w:vAlign w:val="center"/>
          </w:tcPr>
          <w:p w14:paraId="69351B35" w14:textId="77777777" w:rsidR="003F4DF3" w:rsidRDefault="00000000">
            <w:pPr>
              <w:jc w:val="center"/>
            </w:pPr>
            <w:r>
              <w:rPr>
                <w:b/>
                <w:sz w:val="19"/>
              </w:rPr>
              <w:t>Materia: Matemáticas</w:t>
            </w:r>
          </w:p>
        </w:tc>
        <w:tc>
          <w:tcPr>
            <w:tcW w:w="3589" w:type="dxa"/>
            <w:vAlign w:val="center"/>
          </w:tcPr>
          <w:p w14:paraId="3561BF8F" w14:textId="77777777" w:rsidR="003F4DF3" w:rsidRDefault="00000000">
            <w:pPr>
              <w:jc w:val="center"/>
            </w:pPr>
            <w:r>
              <w:rPr>
                <w:b/>
                <w:sz w:val="19"/>
              </w:rPr>
              <w:t>Duración: hora y media</w:t>
            </w:r>
          </w:p>
        </w:tc>
        <w:tc>
          <w:tcPr>
            <w:tcW w:w="3589" w:type="dxa"/>
            <w:vAlign w:val="center"/>
          </w:tcPr>
          <w:p w14:paraId="01FE9BBB" w14:textId="77777777" w:rsidR="003F4DF3" w:rsidRDefault="00000000">
            <w:pPr>
              <w:jc w:val="center"/>
            </w:pPr>
            <w:r>
              <w:rPr>
                <w:b/>
                <w:sz w:val="19"/>
              </w:rPr>
              <w:t>Control 1 — Modelo 9</w:t>
            </w:r>
          </w:p>
        </w:tc>
      </w:tr>
    </w:tbl>
    <w:p w14:paraId="1152026F" w14:textId="77777777" w:rsidR="00B97CC2" w:rsidRDefault="00B97CC2">
      <w:pPr>
        <w:jc w:val="center"/>
        <w:rPr>
          <w:b/>
          <w:sz w:val="28"/>
        </w:rPr>
      </w:pPr>
    </w:p>
    <w:p w14:paraId="344CA375" w14:textId="55AAB797" w:rsidR="003F4DF3" w:rsidRDefault="00000000">
      <w:pPr>
        <w:jc w:val="center"/>
      </w:pPr>
      <w:proofErr w:type="spellStart"/>
      <w:r>
        <w:rPr>
          <w:b/>
          <w:sz w:val="28"/>
        </w:rPr>
        <w:t>Matemáticas</w:t>
      </w:r>
      <w:proofErr w:type="spellEnd"/>
      <w:r>
        <w:rPr>
          <w:b/>
          <w:sz w:val="28"/>
        </w:rPr>
        <w:t xml:space="preserve"> — 6.º Primaria — Primer semestre</w:t>
      </w:r>
    </w:p>
    <w:p w14:paraId="7B277FCA" w14:textId="77777777" w:rsidR="003F4DF3" w:rsidRDefault="00000000">
      <w:r>
        <w:rPr>
          <w:b/>
          <w:sz w:val="24"/>
        </w:rPr>
        <w:t>I. Actividades numéricas (10 puntos)</w:t>
      </w:r>
    </w:p>
    <w:p w14:paraId="355E62BE" w14:textId="77777777" w:rsidR="003F4DF3" w:rsidRDefault="00000000">
      <w:pPr>
        <w:spacing w:before="120" w:after="40"/>
      </w:pPr>
      <w:r>
        <w:rPr>
          <w:b/>
          <w:sz w:val="22"/>
        </w:rPr>
        <w:t>1. Calcula:</w:t>
      </w:r>
    </w:p>
    <w:p w14:paraId="00FEDE55" w14:textId="77777777" w:rsidR="003F4DF3" w:rsidRDefault="00000000">
      <w:r>
        <w:t>204,09 + 143 + 41,05 = ................................</w:t>
      </w:r>
    </w:p>
    <w:p w14:paraId="4CA4050C" w14:textId="77777777" w:rsidR="003F4DF3" w:rsidRDefault="00000000">
      <w:r>
        <w:t>230 - (34,673 + 82,752) = ................................</w:t>
      </w:r>
    </w:p>
    <w:p w14:paraId="4B62709B" w14:textId="77777777" w:rsidR="003F4DF3" w:rsidRDefault="00000000">
      <w:r>
        <w:t>9,342 × 82 = ................................</w:t>
      </w:r>
    </w:p>
    <w:p w14:paraId="1A86C80C" w14:textId="77777777" w:rsidR="003F4DF3" w:rsidRDefault="00000000">
      <w:pPr>
        <w:spacing w:before="120" w:after="40"/>
      </w:pPr>
      <w:r>
        <w:rPr>
          <w:b/>
          <w:sz w:val="22"/>
        </w:rPr>
        <w:t>2. Sin efectuar la operación, calcula:</w:t>
      </w:r>
    </w:p>
    <w:p w14:paraId="3FB530C0" w14:textId="77777777" w:rsidR="003F4DF3" w:rsidRDefault="00000000">
      <w:r>
        <w:t>34 × 0,001 = ................................</w:t>
      </w:r>
    </w:p>
    <w:p w14:paraId="251C1F07" w14:textId="77777777" w:rsidR="003F4DF3" w:rsidRDefault="00000000">
      <w:r>
        <w:t>1,8 × 100 = ................................</w:t>
      </w:r>
    </w:p>
    <w:p w14:paraId="42DF0AE3" w14:textId="77777777" w:rsidR="003F4DF3" w:rsidRDefault="00000000">
      <w:pPr>
        <w:spacing w:before="120" w:after="40"/>
      </w:pPr>
      <w:r>
        <w:rPr>
          <w:b/>
          <w:sz w:val="22"/>
        </w:rPr>
        <w:t>3. Ordena los números siguientes de forma decreciente usando el símbolo &gt;:</w:t>
      </w:r>
    </w:p>
    <w:p w14:paraId="01B17AEA" w14:textId="77777777" w:rsidR="003F4DF3" w:rsidRDefault="00000000">
      <w:r>
        <w:t>2,7  -  22,5  -  222  -  25  -  2,05  -  0,9</w:t>
      </w:r>
    </w:p>
    <w:p w14:paraId="10C50B53" w14:textId="77777777" w:rsidR="003F4DF3" w:rsidRDefault="00000000">
      <w:pPr>
        <w:spacing w:after="20"/>
      </w:pPr>
      <w:r>
        <w:t>................................................................................................................................</w:t>
      </w:r>
    </w:p>
    <w:p w14:paraId="725017FD" w14:textId="77777777" w:rsidR="003F4DF3" w:rsidRDefault="00000000">
      <w:pPr>
        <w:spacing w:before="120" w:after="40"/>
      </w:pPr>
      <w:r>
        <w:rPr>
          <w:b/>
          <w:sz w:val="22"/>
        </w:rPr>
        <w:t>4. Escribe todos los números decimales con una sola cifra después de la coma comprendidos entre 17,15 y 17,63:</w:t>
      </w:r>
    </w:p>
    <w:p w14:paraId="05B53588" w14:textId="77777777" w:rsidR="003F4DF3" w:rsidRDefault="00000000">
      <w:pPr>
        <w:spacing w:after="20"/>
      </w:pPr>
      <w:r>
        <w:t>................................................................................................................................</w:t>
      </w:r>
    </w:p>
    <w:p w14:paraId="13D3562F" w14:textId="77777777" w:rsidR="003F4DF3" w:rsidRDefault="00000000">
      <w:r>
        <w:rPr>
          <w:b/>
          <w:sz w:val="24"/>
        </w:rPr>
        <w:t>II. Actividades geométricas (6 puntos)</w:t>
      </w:r>
    </w:p>
    <w:p w14:paraId="2D9E1042" w14:textId="77777777" w:rsidR="003F4DF3" w:rsidRDefault="00000000">
      <w:pPr>
        <w:spacing w:before="120" w:after="40"/>
      </w:pPr>
      <w:r>
        <w:rPr>
          <w:b/>
          <w:sz w:val="22"/>
        </w:rPr>
        <w:t>1. Dibuja un ángulo AOB de 85° y después dibuja su bisectriz [OK).</w:t>
      </w:r>
    </w:p>
    <w:p w14:paraId="07D04E16" w14:textId="77777777" w:rsidR="00B97CC2" w:rsidRDefault="00B97CC2">
      <w:pPr>
        <w:spacing w:after="20"/>
      </w:pPr>
    </w:p>
    <w:p w14:paraId="476733F5" w14:textId="77777777" w:rsidR="00B97CC2" w:rsidRDefault="00B97CC2">
      <w:pPr>
        <w:spacing w:after="20"/>
      </w:pPr>
    </w:p>
    <w:p w14:paraId="27C90DC9" w14:textId="77777777" w:rsidR="00B97CC2" w:rsidRDefault="00B97CC2">
      <w:pPr>
        <w:spacing w:after="20"/>
      </w:pPr>
    </w:p>
    <w:p w14:paraId="36C690D9" w14:textId="77777777" w:rsidR="00B97CC2" w:rsidRDefault="00B97CC2">
      <w:pPr>
        <w:spacing w:after="20"/>
      </w:pPr>
    </w:p>
    <w:p w14:paraId="3F9EFBBC" w14:textId="77777777" w:rsidR="00B97CC2" w:rsidRDefault="00B97CC2">
      <w:pPr>
        <w:spacing w:after="20"/>
      </w:pPr>
    </w:p>
    <w:p w14:paraId="298BFF8B" w14:textId="77777777" w:rsidR="00B97CC2" w:rsidRDefault="00B97CC2">
      <w:pPr>
        <w:spacing w:after="20"/>
      </w:pPr>
    </w:p>
    <w:p w14:paraId="2C89D944" w14:textId="77777777" w:rsidR="00B97CC2" w:rsidRDefault="00B97CC2">
      <w:pPr>
        <w:spacing w:after="20"/>
      </w:pPr>
    </w:p>
    <w:p w14:paraId="6CDD7A6B" w14:textId="77777777" w:rsidR="00B97CC2" w:rsidRDefault="00B97CC2">
      <w:pPr>
        <w:spacing w:after="20"/>
      </w:pPr>
    </w:p>
    <w:p w14:paraId="4F2EB7AE" w14:textId="77777777" w:rsidR="003F4DF3" w:rsidRDefault="00000000">
      <w:pPr>
        <w:spacing w:before="120" w:after="40"/>
      </w:pPr>
      <w:r>
        <w:rPr>
          <w:b/>
          <w:sz w:val="22"/>
        </w:rPr>
        <w:t>2. Dibuja una recta (D1) que pase por el punto A y sea paralela a la recta (D).</w:t>
      </w:r>
    </w:p>
    <w:p w14:paraId="4E497ADB" w14:textId="77777777" w:rsidR="003F4DF3" w:rsidRDefault="00000000">
      <w:pPr>
        <w:jc w:val="center"/>
      </w:pPr>
      <w:r>
        <w:rPr>
          <w:noProof/>
        </w:rPr>
        <w:drawing>
          <wp:inline distT="0" distB="0" distL="0" distR="0" wp14:anchorId="31430F1D" wp14:editId="74A7A539">
            <wp:extent cx="2592000" cy="18102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_D_punto_A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81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3310B" w14:textId="77777777" w:rsidR="00B97CC2" w:rsidRDefault="00B97CC2">
      <w:pPr>
        <w:jc w:val="center"/>
      </w:pPr>
    </w:p>
    <w:p w14:paraId="73FB0BEE" w14:textId="77777777" w:rsidR="003F4DF3" w:rsidRDefault="00000000">
      <w:pPr>
        <w:spacing w:before="120" w:after="40"/>
      </w:pPr>
      <w:r>
        <w:rPr>
          <w:b/>
          <w:sz w:val="22"/>
        </w:rPr>
        <w:lastRenderedPageBreak/>
        <w:t>3. Construye el triángulo A'B'C', simétrico del triángulo ABC respecto de la recta (D).</w:t>
      </w:r>
    </w:p>
    <w:p w14:paraId="0105AAA4" w14:textId="77777777" w:rsidR="003F4DF3" w:rsidRDefault="00000000">
      <w:pPr>
        <w:jc w:val="center"/>
      </w:pPr>
      <w:r>
        <w:rPr>
          <w:noProof/>
        </w:rPr>
        <w:drawing>
          <wp:inline distT="0" distB="0" distL="0" distR="0" wp14:anchorId="5E7A65CE" wp14:editId="18A07178">
            <wp:extent cx="3456000" cy="23067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etria_triangulo_ABC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230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00EBF" w14:textId="023EAB3E" w:rsidR="003F4DF3" w:rsidRDefault="00000000">
      <w:pPr>
        <w:spacing w:before="120" w:after="40"/>
      </w:pPr>
      <w:r>
        <w:rPr>
          <w:b/>
          <w:sz w:val="22"/>
        </w:rPr>
        <w:t xml:space="preserve">4. Sin usar el transportador, deduce la </w:t>
      </w:r>
      <w:proofErr w:type="spellStart"/>
      <w:r>
        <w:rPr>
          <w:b/>
          <w:sz w:val="22"/>
        </w:rPr>
        <w:t>medida</w:t>
      </w:r>
      <w:proofErr w:type="spellEnd"/>
      <w:r>
        <w:rPr>
          <w:b/>
          <w:sz w:val="22"/>
        </w:rPr>
        <w:t xml:space="preserve"> del </w:t>
      </w:r>
      <w:proofErr w:type="spellStart"/>
      <w:r>
        <w:rPr>
          <w:b/>
          <w:sz w:val="22"/>
        </w:rPr>
        <w:t>ángulo</w:t>
      </w:r>
      <w:proofErr w:type="spellEnd"/>
      <w:r>
        <w:rPr>
          <w:b/>
          <w:sz w:val="22"/>
        </w:rPr>
        <w:t xml:space="preserve"> </w:t>
      </w:r>
      <w:r w:rsidR="00B97CC2">
        <w:rPr>
          <w:b/>
          <w:sz w:val="22"/>
        </w:rPr>
        <w:t>Z</w:t>
      </w:r>
      <w:r>
        <w:rPr>
          <w:b/>
          <w:sz w:val="22"/>
        </w:rPr>
        <w:t xml:space="preserve">OY </w:t>
      </w:r>
      <w:proofErr w:type="spellStart"/>
      <w:r>
        <w:rPr>
          <w:b/>
          <w:sz w:val="22"/>
        </w:rPr>
        <w:t>sabiendo</w:t>
      </w:r>
      <w:proofErr w:type="spellEnd"/>
      <w:r>
        <w:rPr>
          <w:b/>
          <w:sz w:val="22"/>
        </w:rPr>
        <w:t xml:space="preserve"> que </w:t>
      </w:r>
      <w:proofErr w:type="spellStart"/>
      <w:r>
        <w:rPr>
          <w:b/>
          <w:sz w:val="22"/>
        </w:rPr>
        <w:t>el</w:t>
      </w:r>
      <w:proofErr w:type="spellEnd"/>
      <w:r>
        <w:rPr>
          <w:b/>
          <w:sz w:val="22"/>
        </w:rPr>
        <w:t xml:space="preserve"> ángulo ZOK mide 50°.</w:t>
      </w:r>
    </w:p>
    <w:p w14:paraId="52F2A5EE" w14:textId="14AC07C4" w:rsidR="003F4DF3" w:rsidRDefault="00B97CC2">
      <w:pPr>
        <w:jc w:val="center"/>
      </w:pPr>
      <w:r>
        <w:t xml:space="preserve"> </w:t>
      </w:r>
      <w:r>
        <w:rPr>
          <w:noProof/>
        </w:rPr>
        <w:drawing>
          <wp:inline distT="0" distB="0" distL="0" distR="0" wp14:anchorId="00B18ABC" wp14:editId="3623F3FD">
            <wp:extent cx="2762250" cy="22002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47A05" w14:textId="77777777" w:rsidR="003F4DF3" w:rsidRDefault="00000000">
      <w:pPr>
        <w:spacing w:after="20"/>
      </w:pPr>
      <w:r>
        <w:t>................................................................................................................................</w:t>
      </w:r>
    </w:p>
    <w:p w14:paraId="0F59F480" w14:textId="77777777" w:rsidR="003F4DF3" w:rsidRDefault="00000000">
      <w:r>
        <w:rPr>
          <w:b/>
          <w:sz w:val="24"/>
        </w:rPr>
        <w:t>III. Actividades de medida (4 puntos)</w:t>
      </w:r>
    </w:p>
    <w:p w14:paraId="09058E72" w14:textId="77777777" w:rsidR="003F4DF3" w:rsidRDefault="00000000">
      <w:pPr>
        <w:spacing w:before="120" w:after="40"/>
      </w:pPr>
      <w:r>
        <w:rPr>
          <w:b/>
          <w:sz w:val="22"/>
        </w:rPr>
        <w:t>1. Convierte a la unidad indicada:</w:t>
      </w:r>
    </w:p>
    <w:p w14:paraId="35366AE1" w14:textId="77777777" w:rsidR="003F4DF3" w:rsidRDefault="00000000">
      <w:r>
        <w:t>7,28 dam = ................................ m</w:t>
      </w:r>
    </w:p>
    <w:p w14:paraId="03AF0DD0" w14:textId="77777777" w:rsidR="003F4DF3" w:rsidRDefault="00000000">
      <w:r>
        <w:t>3000 cm = ................................ km</w:t>
      </w:r>
    </w:p>
    <w:p w14:paraId="6DB19065" w14:textId="77777777" w:rsidR="003F4DF3" w:rsidRDefault="00000000">
      <w:pPr>
        <w:spacing w:before="120" w:after="40"/>
      </w:pPr>
      <w:r>
        <w:rPr>
          <w:b/>
          <w:sz w:val="22"/>
        </w:rPr>
        <w:t>2. Una señora compró un trozo de papel de color de 10,5 m de longitud para envolver 3 regalos. Usó 3,70 m para el primer regalo y 4,65 m para el segundo. ¿Qué longitud de papel queda, en metros, para envolver el tercer regalo?</w:t>
      </w:r>
    </w:p>
    <w:p w14:paraId="4FFD567F" w14:textId="77777777" w:rsidR="003F4DF3" w:rsidRDefault="00000000">
      <w:pPr>
        <w:spacing w:after="20"/>
      </w:pPr>
      <w:r>
        <w:t>................................................................................................................................</w:t>
      </w:r>
    </w:p>
    <w:p w14:paraId="44EC1DE1" w14:textId="77777777" w:rsidR="003F4DF3" w:rsidRDefault="00000000">
      <w:pPr>
        <w:spacing w:after="20"/>
      </w:pPr>
      <w:r>
        <w:t>................................................................................................................................</w:t>
      </w:r>
    </w:p>
    <w:sectPr w:rsidR="003F4DF3" w:rsidSect="00034616">
      <w:pgSz w:w="12240" w:h="15840"/>
      <w:pgMar w:top="624" w:right="737" w:bottom="62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4406612">
    <w:abstractNumId w:val="8"/>
  </w:num>
  <w:num w:numId="2" w16cid:durableId="1426028534">
    <w:abstractNumId w:val="6"/>
  </w:num>
  <w:num w:numId="3" w16cid:durableId="578100097">
    <w:abstractNumId w:val="5"/>
  </w:num>
  <w:num w:numId="4" w16cid:durableId="1607276416">
    <w:abstractNumId w:val="4"/>
  </w:num>
  <w:num w:numId="5" w16cid:durableId="711468017">
    <w:abstractNumId w:val="7"/>
  </w:num>
  <w:num w:numId="6" w16cid:durableId="149828146">
    <w:abstractNumId w:val="3"/>
  </w:num>
  <w:num w:numId="7" w16cid:durableId="460154549">
    <w:abstractNumId w:val="2"/>
  </w:num>
  <w:num w:numId="8" w16cid:durableId="1050112322">
    <w:abstractNumId w:val="1"/>
  </w:num>
  <w:num w:numId="9" w16cid:durableId="89169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4DF3"/>
    <w:rsid w:val="00680099"/>
    <w:rsid w:val="00AA1D8D"/>
    <w:rsid w:val="00B47730"/>
    <w:rsid w:val="00B97CC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A0470"/>
  <w14:defaultImageDpi w14:val="300"/>
  <w15:docId w15:val="{F4490947-8D13-429A-BFA5-8D666BAD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2026-06-29T09:45:00Z</dcterms:modified>
  <cp:category/>
</cp:coreProperties>
</file>