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3E7EF" w14:textId="77777777" w:rsidR="00143C5F" w:rsidRDefault="00000000">
      <w:pPr>
        <w:jc w:val="center"/>
      </w:pPr>
      <w:r>
        <w:rPr>
          <w:b/>
          <w:sz w:val="30"/>
        </w:rPr>
        <w:t>Matemáticas - 6.º Primaria</w:t>
      </w:r>
    </w:p>
    <w:p w14:paraId="31458CBF" w14:textId="77777777" w:rsidR="00143C5F" w:rsidRDefault="00000000">
      <w:pPr>
        <w:jc w:val="center"/>
      </w:pPr>
      <w:r>
        <w:rPr>
          <w:i/>
          <w:sz w:val="22"/>
        </w:rPr>
        <w:t>Control 1 - Segundo semestre - Modelo 6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143C5F" w14:paraId="50B34185" w14:textId="77777777">
        <w:trPr>
          <w:jc w:val="center"/>
        </w:trPr>
        <w:tc>
          <w:tcPr>
            <w:tcW w:w="2663" w:type="dxa"/>
            <w:shd w:val="clear" w:color="auto" w:fill="E7EEF7"/>
            <w:vAlign w:val="center"/>
          </w:tcPr>
          <w:p w14:paraId="54355BD2" w14:textId="77777777" w:rsidR="00143C5F" w:rsidRDefault="00000000">
            <w:pPr>
              <w:jc w:val="center"/>
            </w:pPr>
            <w:r>
              <w:rPr>
                <w:b/>
                <w:sz w:val="20"/>
              </w:rPr>
              <w:t>Nombre y apellidos</w:t>
            </w:r>
          </w:p>
        </w:tc>
        <w:tc>
          <w:tcPr>
            <w:tcW w:w="2663" w:type="dxa"/>
            <w:shd w:val="clear" w:color="auto" w:fill="E7EEF7"/>
            <w:vAlign w:val="center"/>
          </w:tcPr>
          <w:p w14:paraId="1E10585D" w14:textId="77777777" w:rsidR="00143C5F" w:rsidRDefault="00000000">
            <w:pPr>
              <w:jc w:val="center"/>
            </w:pPr>
            <w:r>
              <w:rPr>
                <w:b/>
                <w:sz w:val="20"/>
              </w:rPr>
              <w:t>Curso / grupo</w:t>
            </w:r>
          </w:p>
        </w:tc>
        <w:tc>
          <w:tcPr>
            <w:tcW w:w="2663" w:type="dxa"/>
            <w:shd w:val="clear" w:color="auto" w:fill="E7EEF7"/>
            <w:vAlign w:val="center"/>
          </w:tcPr>
          <w:p w14:paraId="741AAFCA" w14:textId="77777777" w:rsidR="00143C5F" w:rsidRDefault="00000000">
            <w:pPr>
              <w:jc w:val="center"/>
            </w:pPr>
            <w:r>
              <w:rPr>
                <w:b/>
                <w:sz w:val="20"/>
              </w:rPr>
              <w:t>Fecha</w:t>
            </w:r>
          </w:p>
        </w:tc>
        <w:tc>
          <w:tcPr>
            <w:tcW w:w="2663" w:type="dxa"/>
            <w:shd w:val="clear" w:color="auto" w:fill="E7EEF7"/>
            <w:vAlign w:val="center"/>
          </w:tcPr>
          <w:p w14:paraId="3ED6C794" w14:textId="77777777" w:rsidR="00143C5F" w:rsidRDefault="00000000">
            <w:pPr>
              <w:jc w:val="center"/>
            </w:pPr>
            <w:r>
              <w:rPr>
                <w:b/>
                <w:sz w:val="20"/>
              </w:rPr>
              <w:t>Nota</w:t>
            </w:r>
          </w:p>
        </w:tc>
      </w:tr>
      <w:tr w:rsidR="00143C5F" w14:paraId="494FABE8" w14:textId="77777777">
        <w:trPr>
          <w:jc w:val="center"/>
        </w:trPr>
        <w:tc>
          <w:tcPr>
            <w:tcW w:w="2663" w:type="dxa"/>
            <w:vAlign w:val="center"/>
          </w:tcPr>
          <w:p w14:paraId="07E57378" w14:textId="77777777" w:rsidR="00143C5F" w:rsidRDefault="00143C5F">
            <w:pPr>
              <w:jc w:val="center"/>
            </w:pPr>
          </w:p>
        </w:tc>
        <w:tc>
          <w:tcPr>
            <w:tcW w:w="2663" w:type="dxa"/>
            <w:vAlign w:val="center"/>
          </w:tcPr>
          <w:p w14:paraId="088B8881" w14:textId="77777777" w:rsidR="00143C5F" w:rsidRDefault="00143C5F">
            <w:pPr>
              <w:jc w:val="center"/>
            </w:pPr>
          </w:p>
        </w:tc>
        <w:tc>
          <w:tcPr>
            <w:tcW w:w="2663" w:type="dxa"/>
            <w:vAlign w:val="center"/>
          </w:tcPr>
          <w:p w14:paraId="6C008265" w14:textId="77777777" w:rsidR="00143C5F" w:rsidRDefault="00143C5F">
            <w:pPr>
              <w:jc w:val="center"/>
            </w:pPr>
          </w:p>
        </w:tc>
        <w:tc>
          <w:tcPr>
            <w:tcW w:w="2663" w:type="dxa"/>
            <w:vAlign w:val="center"/>
          </w:tcPr>
          <w:p w14:paraId="6A974C1C" w14:textId="77777777" w:rsidR="00143C5F" w:rsidRDefault="00143C5F">
            <w:pPr>
              <w:jc w:val="center"/>
            </w:pPr>
          </w:p>
        </w:tc>
      </w:tr>
    </w:tbl>
    <w:p w14:paraId="1082C60A" w14:textId="77777777" w:rsidR="00143C5F" w:rsidRDefault="00143C5F"/>
    <w:p w14:paraId="03F4308C" w14:textId="77777777" w:rsidR="00143C5F" w:rsidRDefault="00000000">
      <w:r>
        <w:rPr>
          <w:b/>
          <w:sz w:val="24"/>
        </w:rPr>
        <w:t>Actividades numéricas</w:t>
      </w:r>
    </w:p>
    <w:p w14:paraId="49F72634" w14:textId="77777777" w:rsidR="00143C5F" w:rsidRDefault="00000000">
      <w:r>
        <w:rPr>
          <w:b/>
          <w:sz w:val="24"/>
        </w:rPr>
        <w:t>1. Calcula:</w:t>
      </w:r>
    </w:p>
    <w:p w14:paraId="29816D56" w14:textId="77777777" w:rsidR="00143C5F" w:rsidRDefault="00000000">
      <w:pPr>
        <w:spacing w:after="20"/>
        <w:ind w:left="340"/>
      </w:pPr>
      <w:r>
        <w:t>(24,65 + 34,35) − (79 + 524)</w:t>
      </w:r>
    </w:p>
    <w:p w14:paraId="654C4AEA" w14:textId="77777777" w:rsidR="00143C5F" w:rsidRDefault="00000000">
      <w:pPr>
        <w:spacing w:after="20"/>
        <w:ind w:left="340"/>
      </w:pPr>
      <w:r>
        <w:t>0,4 × 379</w:t>
      </w:r>
    </w:p>
    <w:p w14:paraId="3AE2E892" w14:textId="77777777" w:rsidR="00143C5F" w:rsidRDefault="00000000">
      <w:pPr>
        <w:spacing w:after="20"/>
        <w:ind w:left="340"/>
      </w:pPr>
      <w:r>
        <w:t>803,67 ÷ 89</w:t>
      </w:r>
    </w:p>
    <w:p w14:paraId="2E0102A8" w14:textId="77777777" w:rsidR="00143C5F" w:rsidRDefault="00000000">
      <w:r>
        <w:rPr>
          <w:b/>
          <w:sz w:val="24"/>
        </w:rPr>
        <w:t>2. Calcula las fracciones siguientes:</w:t>
      </w:r>
    </w:p>
    <w:p w14:paraId="77CFA3CC" w14:textId="77777777" w:rsidR="00143C5F" w:rsidRDefault="00000000">
      <w:pPr>
        <w:spacing w:after="20"/>
        <w:ind w:left="340"/>
      </w:pPr>
      <w:r>
        <w:t>(1/2 + 3/4) − (6/8 ÷ 3/4)</w:t>
      </w:r>
    </w:p>
    <w:p w14:paraId="73CBAEDC" w14:textId="77777777" w:rsidR="00143C5F" w:rsidRDefault="00000000">
      <w:pPr>
        <w:spacing w:after="20"/>
        <w:ind w:left="340"/>
      </w:pPr>
      <w:r>
        <w:t>2/6 + 3/5</w:t>
      </w:r>
    </w:p>
    <w:p w14:paraId="68002189" w14:textId="77777777" w:rsidR="00143C5F" w:rsidRDefault="00000000">
      <w:pPr>
        <w:spacing w:after="20"/>
        <w:ind w:left="340"/>
      </w:pPr>
      <w:r>
        <w:t>3/5 + 7/6</w:t>
      </w:r>
    </w:p>
    <w:p w14:paraId="68136919" w14:textId="77777777" w:rsidR="00143C5F" w:rsidRDefault="00000000">
      <w:r>
        <w:rPr>
          <w:b/>
          <w:sz w:val="24"/>
        </w:rPr>
        <w:t>3. Ordena correctamente los números siguientes:</w:t>
      </w:r>
    </w:p>
    <w:p w14:paraId="4BB3C63D" w14:textId="77777777" w:rsidR="00143C5F" w:rsidRDefault="00000000">
      <w:pPr>
        <w:spacing w:after="20"/>
        <w:ind w:left="340"/>
      </w:pPr>
      <w:r>
        <w:t>0,733 ; 11/6 ; 0,771 ; 7/9 ; 2</w:t>
      </w:r>
    </w:p>
    <w:p w14:paraId="4AC8EA0D" w14:textId="77777777" w:rsidR="00143C5F" w:rsidRDefault="00000000">
      <w:r>
        <w:rPr>
          <w:b/>
          <w:sz w:val="24"/>
        </w:rPr>
        <w:t>4. Problema de reparto:</w:t>
      </w:r>
    </w:p>
    <w:p w14:paraId="18C7D109" w14:textId="77777777" w:rsidR="00143C5F" w:rsidRDefault="00000000">
      <w:r>
        <w:t>Una persona falleció dejando 64 000 dirhams, una esposa, dos hijas y un hijo. Determina la parte que corresponde a cada heredero en esta situación.</w:t>
      </w:r>
    </w:p>
    <w:p w14:paraId="44AB17B7" w14:textId="77777777" w:rsidR="00143C5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72B9B253" w14:textId="77777777" w:rsidR="00143C5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58FB1B1A" w14:textId="77777777" w:rsidR="00143C5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344BA583" w14:textId="77777777" w:rsidR="00143C5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55197019" w14:textId="77777777" w:rsidR="00143C5F" w:rsidRDefault="00000000">
      <w:r>
        <w:rPr>
          <w:b/>
          <w:sz w:val="24"/>
        </w:rPr>
        <w:t>Actividades geométricas</w:t>
      </w:r>
    </w:p>
    <w:p w14:paraId="4BEE634C" w14:textId="77777777" w:rsidR="00143C5F" w:rsidRDefault="00000000">
      <w:r>
        <w:rPr>
          <w:b/>
          <w:sz w:val="24"/>
        </w:rPr>
        <w:t>5. Construcción de un triángulo:</w:t>
      </w:r>
    </w:p>
    <w:p w14:paraId="136429E3" w14:textId="77777777" w:rsidR="00143C5F" w:rsidRDefault="00000000">
      <w:r>
        <w:t>Construye un triángulo ABC tal que AB = 5 cm, CAB = 45° y CBA = 60°.</w:t>
      </w:r>
    </w:p>
    <w:p w14:paraId="04A7A3B0" w14:textId="77777777" w:rsidR="00143C5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2E3F4F96" w14:textId="77777777" w:rsidR="00143C5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4DDCED41" w14:textId="77777777" w:rsidR="00143C5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2F86C68F" w14:textId="77777777" w:rsidR="00143C5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607C1DA9" w14:textId="77777777" w:rsidR="00143C5F" w:rsidRDefault="00000000">
      <w:r>
        <w:rPr>
          <w:b/>
          <w:sz w:val="24"/>
        </w:rPr>
        <w:t>6. Construcción de un paralelogramo:</w:t>
      </w:r>
    </w:p>
    <w:p w14:paraId="148AC1B3" w14:textId="77777777" w:rsidR="00143C5F" w:rsidRDefault="00000000">
      <w:r>
        <w:t>Construye un paralelogramo EFGH tal que EF = 3 cm, FG = 3 cm y el ángulo F mide 70°.</w:t>
      </w:r>
    </w:p>
    <w:p w14:paraId="2A35B9AF" w14:textId="77777777" w:rsidR="00143C5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6A213741" w14:textId="77777777" w:rsidR="00143C5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175199CC" w14:textId="77777777" w:rsidR="00143C5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3085F124" w14:textId="77777777" w:rsidR="00143C5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1646D88A" w14:textId="77777777" w:rsidR="000428C4" w:rsidRDefault="000428C4">
      <w:pPr>
        <w:spacing w:after="0"/>
      </w:pPr>
    </w:p>
    <w:p w14:paraId="5D99C927" w14:textId="77777777" w:rsidR="000428C4" w:rsidRDefault="000428C4">
      <w:pPr>
        <w:spacing w:after="0"/>
      </w:pPr>
    </w:p>
    <w:p w14:paraId="383BF8CF" w14:textId="77777777" w:rsidR="000428C4" w:rsidRDefault="000428C4">
      <w:pPr>
        <w:spacing w:after="0"/>
      </w:pPr>
    </w:p>
    <w:p w14:paraId="71D3117A" w14:textId="77777777" w:rsidR="000428C4" w:rsidRDefault="000428C4">
      <w:pPr>
        <w:spacing w:after="0"/>
      </w:pPr>
    </w:p>
    <w:p w14:paraId="1D80B73D" w14:textId="77777777" w:rsidR="00143C5F" w:rsidRDefault="00000000">
      <w:r>
        <w:rPr>
          <w:b/>
          <w:sz w:val="24"/>
        </w:rPr>
        <w:lastRenderedPageBreak/>
        <w:t>7. Área de un rectángulo:</w:t>
      </w:r>
    </w:p>
    <w:p w14:paraId="6E026BBC" w14:textId="77777777" w:rsidR="00143C5F" w:rsidRDefault="00000000">
      <w:r>
        <w:t>Calcula el área de un rectángulo de 24 cm de largo y anchura igual a 1/3 de su longitud.</w:t>
      </w:r>
    </w:p>
    <w:p w14:paraId="6DEBFD8F" w14:textId="77777777" w:rsidR="00143C5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116B574E" w14:textId="77777777" w:rsidR="00143C5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5E0104A8" w14:textId="77777777" w:rsidR="00143C5F" w:rsidRDefault="00000000">
      <w:r>
        <w:rPr>
          <w:b/>
          <w:sz w:val="24"/>
        </w:rPr>
        <w:t>8. Cuadrado:</w:t>
      </w:r>
    </w:p>
    <w:p w14:paraId="681C7925" w14:textId="77777777" w:rsidR="00143C5F" w:rsidRDefault="00000000">
      <w:r>
        <w:t>Determina la longitud del lado de un cuadrado cuya área es 169 m².</w:t>
      </w:r>
    </w:p>
    <w:p w14:paraId="276071A9" w14:textId="77777777" w:rsidR="00143C5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39F5257B" w14:textId="77777777" w:rsidR="00143C5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0CABA54C" w14:textId="77777777" w:rsidR="00143C5F" w:rsidRDefault="00000000">
      <w:r>
        <w:rPr>
          <w:b/>
          <w:sz w:val="24"/>
        </w:rPr>
        <w:t>9. Jardín circular:</w:t>
      </w:r>
    </w:p>
    <w:p w14:paraId="2FF0FE45" w14:textId="77777777" w:rsidR="00143C5F" w:rsidRDefault="00000000">
      <w:r>
        <w:t>Un jardín circular tiene un diámetro igual al lado de una plaza cuadrada cuyo perímetro es 40 m. Calcula el área de este jardín.</w:t>
      </w:r>
    </w:p>
    <w:p w14:paraId="4B57769B" w14:textId="77777777" w:rsidR="00143C5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756DF478" w14:textId="77777777" w:rsidR="00143C5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16488978" w14:textId="77777777" w:rsidR="00143C5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77CE8D64" w14:textId="77777777" w:rsidR="00143C5F" w:rsidRDefault="00000000">
      <w:r>
        <w:rPr>
          <w:b/>
          <w:sz w:val="24"/>
        </w:rPr>
        <w:t>Medida</w:t>
      </w:r>
    </w:p>
    <w:p w14:paraId="4A133C80" w14:textId="77777777" w:rsidR="00143C5F" w:rsidRDefault="00000000">
      <w:r>
        <w:rPr>
          <w:b/>
          <w:sz w:val="24"/>
        </w:rPr>
        <w:t>10. Convierte:</w:t>
      </w:r>
    </w:p>
    <w:p w14:paraId="5F04C80D" w14:textId="77777777" w:rsidR="00143C5F" w:rsidRDefault="00000000">
      <w:pPr>
        <w:spacing w:after="20"/>
        <w:ind w:left="340"/>
      </w:pPr>
      <w:r>
        <w:t>7,76 cm 109 dam = ................ m</w:t>
      </w:r>
    </w:p>
    <w:p w14:paraId="557B747C" w14:textId="77777777" w:rsidR="00143C5F" w:rsidRDefault="00000000">
      <w:pPr>
        <w:spacing w:after="20"/>
        <w:ind w:left="340"/>
      </w:pPr>
      <w:r>
        <w:t>12 t 17,25 kg = ................ dag</w:t>
      </w:r>
    </w:p>
    <w:p w14:paraId="7C30AA1C" w14:textId="77777777" w:rsidR="00143C5F" w:rsidRDefault="00000000">
      <w:pPr>
        <w:spacing w:after="20"/>
        <w:ind w:left="340"/>
      </w:pPr>
      <w:r>
        <w:t>9 ha 44 dam² 15,06 ca = ................ m²</w:t>
      </w:r>
    </w:p>
    <w:p w14:paraId="71FAF80B" w14:textId="77777777" w:rsidR="00143C5F" w:rsidRDefault="00000000">
      <w:pPr>
        <w:spacing w:after="20"/>
        <w:ind w:left="340"/>
      </w:pPr>
      <w:r>
        <w:t>48,7 dam² 12,5 ca = ................ m²</w:t>
      </w:r>
    </w:p>
    <w:p w14:paraId="440AB236" w14:textId="77777777" w:rsidR="00143C5F" w:rsidRDefault="00000000">
      <w:pPr>
        <w:spacing w:after="20"/>
        <w:ind w:left="340"/>
      </w:pPr>
      <w:r>
        <w:t>47,7 ha 63,08 dam² = ................ a</w:t>
      </w:r>
    </w:p>
    <w:p w14:paraId="696390F7" w14:textId="77777777" w:rsidR="00143C5F" w:rsidRDefault="00000000">
      <w:r>
        <w:rPr>
          <w:b/>
          <w:sz w:val="24"/>
        </w:rPr>
        <w:t>11. Problema de terreno:</w:t>
      </w:r>
    </w:p>
    <w:p w14:paraId="2BBD3B48" w14:textId="77777777" w:rsidR="00143C5F" w:rsidRDefault="00000000">
      <w:r>
        <w:t>Un campo rectangular tiene perímetro 450 m y anchura 80 m.</w:t>
      </w:r>
    </w:p>
    <w:p w14:paraId="1598140C" w14:textId="77777777" w:rsidR="00143C5F" w:rsidRDefault="00000000">
      <w:r>
        <w:t>a) Calcula su superficie en áreas.</w:t>
      </w:r>
    </w:p>
    <w:p w14:paraId="0645D080" w14:textId="77777777" w:rsidR="00143C5F" w:rsidRDefault="00000000">
      <w:r>
        <w:t>b) El campo se vende a 260,75 dirhams el metro cuadrado. Calcula el precio total de venta.</w:t>
      </w:r>
    </w:p>
    <w:p w14:paraId="3F5C848F" w14:textId="77777777" w:rsidR="00143C5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5B56356B" w14:textId="77777777" w:rsidR="00143C5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154C310D" w14:textId="77777777" w:rsidR="00143C5F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270277C5" w14:textId="77777777" w:rsidR="00143C5F" w:rsidRDefault="00000000">
      <w:pPr>
        <w:spacing w:after="0"/>
      </w:pPr>
      <w:r>
        <w:t>........................................................................................................................</w:t>
      </w:r>
    </w:p>
    <w:sectPr w:rsidR="00143C5F" w:rsidSect="00034616"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6044887">
    <w:abstractNumId w:val="8"/>
  </w:num>
  <w:num w:numId="2" w16cid:durableId="1037897441">
    <w:abstractNumId w:val="6"/>
  </w:num>
  <w:num w:numId="3" w16cid:durableId="685644050">
    <w:abstractNumId w:val="5"/>
  </w:num>
  <w:num w:numId="4" w16cid:durableId="198862102">
    <w:abstractNumId w:val="4"/>
  </w:num>
  <w:num w:numId="5" w16cid:durableId="752430809">
    <w:abstractNumId w:val="7"/>
  </w:num>
  <w:num w:numId="6" w16cid:durableId="1030957340">
    <w:abstractNumId w:val="3"/>
  </w:num>
  <w:num w:numId="7" w16cid:durableId="1723870416">
    <w:abstractNumId w:val="2"/>
  </w:num>
  <w:num w:numId="8" w16cid:durableId="1765950396">
    <w:abstractNumId w:val="1"/>
  </w:num>
  <w:num w:numId="9" w16cid:durableId="819078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28C4"/>
    <w:rsid w:val="0006063C"/>
    <w:rsid w:val="00143C5F"/>
    <w:rsid w:val="0015074B"/>
    <w:rsid w:val="0029639D"/>
    <w:rsid w:val="00326F90"/>
    <w:rsid w:val="00A45D3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716FF8"/>
  <w14:defaultImageDpi w14:val="300"/>
  <w15:docId w15:val="{EF23F0B8-69E2-48EC-9F22-6B3F1ACF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668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2026-06-29T11:08:00Z</dcterms:modified>
  <cp:category/>
</cp:coreProperties>
</file>