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398ED" w14:textId="77777777" w:rsidR="00C936F2" w:rsidRDefault="00000000">
      <w:pPr>
        <w:jc w:val="center"/>
      </w:pPr>
      <w:r>
        <w:rPr>
          <w:b/>
          <w:color w:val="C62828"/>
          <w:sz w:val="32"/>
        </w:rPr>
        <w:t>Control de Matemáticas — Primera etapa</w:t>
      </w:r>
    </w:p>
    <w:p w14:paraId="0B26D286" w14:textId="72E5FAF4" w:rsidR="00D35228" w:rsidRDefault="00000000" w:rsidP="00D35228">
      <w:pPr>
        <w:jc w:val="center"/>
      </w:pPr>
      <w:r>
        <w:t xml:space="preserve">6.º Primaria — Curso 2011/2012 — </w:t>
      </w:r>
      <w:proofErr w:type="spellStart"/>
      <w:r>
        <w:t>Institución</w:t>
      </w:r>
      <w:proofErr w:type="spellEnd"/>
      <w:r>
        <w:t xml:space="preserve"> </w:t>
      </w:r>
      <w:proofErr w:type="spellStart"/>
      <w:r>
        <w:t>privada</w:t>
      </w:r>
      <w:proofErr w:type="spellEnd"/>
      <w:r>
        <w:t xml:space="preserve"> Al </w:t>
      </w:r>
      <w:proofErr w:type="spellStart"/>
      <w:r>
        <w:t>Kawtar</w:t>
      </w:r>
      <w:proofErr w:type="spellEnd"/>
      <w:r w:rsidR="00D35228">
        <w:t xml:space="preserve"> </w:t>
      </w:r>
      <w:r w:rsidR="00D35228" w:rsidRPr="00D35228">
        <w:rPr>
          <w:bCs/>
        </w:rPr>
        <w:t xml:space="preserve">— </w:t>
      </w:r>
      <w:proofErr w:type="spellStart"/>
      <w:r w:rsidR="00D35228" w:rsidRPr="00D35228">
        <w:rPr>
          <w:bCs/>
        </w:rPr>
        <w:t>Modelo</w:t>
      </w:r>
      <w:proofErr w:type="spellEnd"/>
      <w:r w:rsidR="00D35228" w:rsidRPr="00D35228">
        <w:rPr>
          <w:bCs/>
        </w:rPr>
        <w:t xml:space="preserve"> 7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06"/>
        <w:gridCol w:w="2606"/>
        <w:gridCol w:w="2606"/>
        <w:gridCol w:w="2606"/>
      </w:tblGrid>
      <w:tr w:rsidR="00C936F2" w14:paraId="54CBA6BE" w14:textId="77777777">
        <w:trPr>
          <w:jc w:val="center"/>
        </w:trPr>
        <w:tc>
          <w:tcPr>
            <w:tcW w:w="2606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shd w:val="clear" w:color="auto" w:fill="EDEDED"/>
            <w:vAlign w:val="center"/>
          </w:tcPr>
          <w:p w14:paraId="6C099BFB" w14:textId="77777777" w:rsidR="00C936F2" w:rsidRDefault="00000000">
            <w:r>
              <w:t>Nombre</w:t>
            </w:r>
          </w:p>
        </w:tc>
        <w:tc>
          <w:tcPr>
            <w:tcW w:w="2606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shd w:val="clear" w:color="auto" w:fill="EDEDED"/>
            <w:vAlign w:val="center"/>
          </w:tcPr>
          <w:p w14:paraId="47B1E4BE" w14:textId="77777777" w:rsidR="00C936F2" w:rsidRDefault="00000000">
            <w:r>
              <w:t>Clase</w:t>
            </w:r>
          </w:p>
        </w:tc>
        <w:tc>
          <w:tcPr>
            <w:tcW w:w="2606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shd w:val="clear" w:color="auto" w:fill="EDEDED"/>
            <w:vAlign w:val="center"/>
          </w:tcPr>
          <w:p w14:paraId="0EA130E8" w14:textId="77777777" w:rsidR="00C936F2" w:rsidRDefault="00000000">
            <w:r>
              <w:t>Fecha</w:t>
            </w:r>
          </w:p>
        </w:tc>
        <w:tc>
          <w:tcPr>
            <w:tcW w:w="2606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shd w:val="clear" w:color="auto" w:fill="EDEDED"/>
            <w:vAlign w:val="center"/>
          </w:tcPr>
          <w:p w14:paraId="58DDECA0" w14:textId="77777777" w:rsidR="00C936F2" w:rsidRDefault="00000000">
            <w:r>
              <w:t>Nota</w:t>
            </w:r>
          </w:p>
        </w:tc>
      </w:tr>
      <w:tr w:rsidR="00C936F2" w14:paraId="65DB143B" w14:textId="77777777">
        <w:trPr>
          <w:jc w:val="center"/>
        </w:trPr>
        <w:tc>
          <w:tcPr>
            <w:tcW w:w="2606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vAlign w:val="center"/>
          </w:tcPr>
          <w:p w14:paraId="23C8A117" w14:textId="77777777" w:rsidR="00C936F2" w:rsidRDefault="00000000">
            <w:r>
              <w:t>.......................................</w:t>
            </w:r>
          </w:p>
        </w:tc>
        <w:tc>
          <w:tcPr>
            <w:tcW w:w="2606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vAlign w:val="center"/>
          </w:tcPr>
          <w:p w14:paraId="62D8AF91" w14:textId="77777777" w:rsidR="00C936F2" w:rsidRDefault="00000000">
            <w:r>
              <w:t>6.º Primaria</w:t>
            </w:r>
          </w:p>
        </w:tc>
        <w:tc>
          <w:tcPr>
            <w:tcW w:w="2606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vAlign w:val="center"/>
          </w:tcPr>
          <w:p w14:paraId="2DD44111" w14:textId="77777777" w:rsidR="00C936F2" w:rsidRDefault="00000000">
            <w:r>
              <w:t>........................</w:t>
            </w:r>
          </w:p>
        </w:tc>
        <w:tc>
          <w:tcPr>
            <w:tcW w:w="2606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vAlign w:val="center"/>
          </w:tcPr>
          <w:p w14:paraId="42D0F886" w14:textId="77777777" w:rsidR="00C936F2" w:rsidRDefault="00000000">
            <w:r>
              <w:t>........ / 20</w:t>
            </w:r>
          </w:p>
        </w:tc>
      </w:tr>
    </w:tbl>
    <w:p w14:paraId="20A3F653" w14:textId="77777777" w:rsidR="00C936F2" w:rsidRDefault="00C936F2"/>
    <w:p w14:paraId="4D2D8E4A" w14:textId="77777777" w:rsidR="00C936F2" w:rsidRDefault="00000000">
      <w:r>
        <w:rPr>
          <w:b/>
          <w:color w:val="C62828"/>
          <w:sz w:val="26"/>
        </w:rPr>
        <w:t>A. Numeración y cálculo (12 puntos)</w:t>
      </w:r>
    </w:p>
    <w:p w14:paraId="67B8994D" w14:textId="77777777" w:rsidR="00C936F2" w:rsidRDefault="00000000">
      <w:r>
        <w:rPr>
          <w:b/>
        </w:rPr>
        <w:t>1. Escribe con letras: (4 puntos)</w:t>
      </w:r>
    </w:p>
    <w:p w14:paraId="2FDE18CF" w14:textId="77777777" w:rsidR="00C936F2" w:rsidRDefault="00000000">
      <w:pPr>
        <w:ind w:left="283"/>
      </w:pPr>
      <w:r>
        <w:rPr>
          <w:b/>
        </w:rPr>
        <w:t xml:space="preserve">• 23 567 678: </w:t>
      </w:r>
      <w:r>
        <w:t>................................................................................................</w:t>
      </w:r>
    </w:p>
    <w:p w14:paraId="766A7E02" w14:textId="77777777" w:rsidR="00C936F2" w:rsidRDefault="00000000">
      <w:pPr>
        <w:ind w:left="283"/>
      </w:pPr>
      <w:r>
        <w:rPr>
          <w:b/>
        </w:rPr>
        <w:t xml:space="preserve">• 56 109 234 765: </w:t>
      </w:r>
      <w:r>
        <w:t>................................................................................................</w:t>
      </w:r>
    </w:p>
    <w:p w14:paraId="6E71177F" w14:textId="77777777" w:rsidR="00C936F2" w:rsidRDefault="00000000">
      <w:pPr>
        <w:ind w:left="283"/>
      </w:pPr>
      <w:r>
        <w:rPr>
          <w:b/>
        </w:rPr>
        <w:t xml:space="preserve">• 3,07: </w:t>
      </w:r>
      <w:r>
        <w:t>................................................................................................</w:t>
      </w:r>
    </w:p>
    <w:p w14:paraId="039F5E3F" w14:textId="77777777" w:rsidR="00C936F2" w:rsidRDefault="00000000">
      <w:pPr>
        <w:ind w:left="283"/>
      </w:pPr>
      <w:r>
        <w:rPr>
          <w:b/>
        </w:rPr>
        <w:t xml:space="preserve">• 18,2: </w:t>
      </w:r>
      <w:r>
        <w:t>................................................................................................</w:t>
      </w:r>
    </w:p>
    <w:p w14:paraId="13EF5B26" w14:textId="77777777" w:rsidR="00C936F2" w:rsidRDefault="00000000">
      <w:r>
        <w:rPr>
          <w:b/>
        </w:rPr>
        <w:t>2. Coloca y calcula: (3 puntos)</w:t>
      </w:r>
    </w:p>
    <w:p w14:paraId="6088867D" w14:textId="77777777" w:rsidR="00C936F2" w:rsidRDefault="00000000">
      <w:pPr>
        <w:ind w:left="283"/>
      </w:pPr>
      <w:r>
        <w:rPr>
          <w:b/>
        </w:rPr>
        <w:t xml:space="preserve">745,5 − (287,07 + 134,46) = </w:t>
      </w:r>
      <w:r>
        <w:t xml:space="preserve">........................................ </w:t>
      </w:r>
      <w:r>
        <w:rPr>
          <w:i/>
        </w:rPr>
        <w:t>(1,5 puntos)</w:t>
      </w:r>
    </w:p>
    <w:p w14:paraId="709C4066" w14:textId="77777777" w:rsidR="00C936F2" w:rsidRDefault="00000000">
      <w:pPr>
        <w:ind w:left="283"/>
      </w:pPr>
      <w:r>
        <w:rPr>
          <w:b/>
        </w:rPr>
        <w:t xml:space="preserve">123,45 − (28,9 + 567,15) = </w:t>
      </w:r>
      <w:r>
        <w:t xml:space="preserve">........................................ </w:t>
      </w:r>
      <w:r>
        <w:rPr>
          <w:i/>
        </w:rPr>
        <w:t>(1,5 puntos)</w:t>
      </w:r>
    </w:p>
    <w:p w14:paraId="355F84D6" w14:textId="77777777" w:rsidR="00C936F2" w:rsidRDefault="00000000">
      <w:r>
        <w:rPr>
          <w:b/>
        </w:rPr>
        <w:t>3. Ordena de forma creciente los números decimales siguientes: (2 puntos)</w:t>
      </w:r>
    </w:p>
    <w:p w14:paraId="2C77E248" w14:textId="77777777" w:rsidR="00C936F2" w:rsidRDefault="00000000">
      <w:pPr>
        <w:jc w:val="center"/>
      </w:pPr>
      <w:r>
        <w:t>4,9   –   4,91   –   4,09   –   4,009   –   4,75</w:t>
      </w:r>
    </w:p>
    <w:p w14:paraId="0E30A426" w14:textId="77777777" w:rsidR="00C936F2" w:rsidRDefault="00000000">
      <w:r>
        <w:t>Respuesta: ................................................................................................</w:t>
      </w:r>
    </w:p>
    <w:p w14:paraId="7B15FDEC" w14:textId="77777777" w:rsidR="00C936F2" w:rsidRDefault="00000000">
      <w:r>
        <w:rPr>
          <w:b/>
        </w:rPr>
        <w:t>4. Da la aproximación por defecto y por exceso del número 28,657 a 0,1: (1 punto)</w:t>
      </w:r>
    </w:p>
    <w:p w14:paraId="15BB48D0" w14:textId="77777777" w:rsidR="00C936F2" w:rsidRDefault="00000000">
      <w:r>
        <w:t>Por defecto: ........................................        Por exceso: ........................................</w:t>
      </w:r>
    </w:p>
    <w:p w14:paraId="4CE513A0" w14:textId="77777777" w:rsidR="00C936F2" w:rsidRDefault="00000000">
      <w:r>
        <w:rPr>
          <w:b/>
        </w:rPr>
        <w:t>5. Problema: (2 puntos)</w:t>
      </w:r>
    </w:p>
    <w:p w14:paraId="0B2EC695" w14:textId="77777777" w:rsidR="00C936F2" w:rsidRDefault="00000000">
      <w:r>
        <w:t>Leila compró un libro que costaba 75,80 dh, un cuento que costaba 10,50 dh y un juguete para su hermano pequeño que costaba 13 dh. Entregó al vendedor un billete de 200 dh. ¿Qué cantidad de dinero le devolvió el vendedor a Leila?</w:t>
      </w:r>
    </w:p>
    <w:p w14:paraId="1C84F35C" w14:textId="77777777" w:rsidR="00C936F2" w:rsidRDefault="00000000">
      <w:r>
        <w:t>Operaciones: ................................................................................................</w:t>
      </w:r>
    </w:p>
    <w:p w14:paraId="3378D0DC" w14:textId="77777777" w:rsidR="00C936F2" w:rsidRDefault="00000000">
      <w:r>
        <w:t>Respuesta: ................................................................................................</w:t>
      </w:r>
    </w:p>
    <w:p w14:paraId="3CF169DB" w14:textId="77777777" w:rsidR="00C936F2" w:rsidRDefault="00000000">
      <w:r>
        <w:br w:type="page"/>
      </w:r>
    </w:p>
    <w:p w14:paraId="1476B98C" w14:textId="77777777" w:rsidR="00C936F2" w:rsidRDefault="00000000">
      <w:r>
        <w:rPr>
          <w:b/>
          <w:color w:val="C62828"/>
          <w:sz w:val="26"/>
        </w:rPr>
        <w:lastRenderedPageBreak/>
        <w:t>B. Geometría y medida (8 puntos)</w:t>
      </w:r>
    </w:p>
    <w:p w14:paraId="29B8F22C" w14:textId="77777777" w:rsidR="00C936F2" w:rsidRDefault="00000000">
      <w:r>
        <w:rPr>
          <w:b/>
        </w:rPr>
        <w:t>6. Una caja tiene forma de cubo y la longitud de su arista es 40 cm.</w:t>
      </w:r>
    </w:p>
    <w:p w14:paraId="372F524F" w14:textId="77777777" w:rsidR="00C936F2" w:rsidRDefault="00000000">
      <w:r>
        <w:t>a) Dibuja un desarrollo plano de la caja, sabiendo que 1 cm representa 10 cm. (2 puntos)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26"/>
      </w:tblGrid>
      <w:tr w:rsidR="00C936F2" w14:paraId="0D4CE46E" w14:textId="77777777">
        <w:tc>
          <w:tcPr>
            <w:tcW w:w="1042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14:paraId="4B7833F3" w14:textId="77777777" w:rsidR="00AE63D3" w:rsidRDefault="00000000">
            <w:pPr>
              <w:jc w:val="center"/>
            </w:pPr>
            <w:r>
              <w:br/>
            </w:r>
            <w:r>
              <w:br/>
            </w:r>
            <w:r>
              <w:br/>
            </w:r>
          </w:p>
          <w:p w14:paraId="5707DBBA" w14:textId="77777777" w:rsidR="00AE63D3" w:rsidRDefault="00AE63D3">
            <w:pPr>
              <w:jc w:val="center"/>
            </w:pPr>
          </w:p>
          <w:p w14:paraId="2D756FC0" w14:textId="5D6DC412" w:rsidR="00C936F2" w:rsidRDefault="00000000">
            <w:pPr>
              <w:jc w:val="center"/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59E414F8" w14:textId="77777777" w:rsidR="00C936F2" w:rsidRDefault="00000000">
      <w:r>
        <w:t>b) ¿Es suficiente un papel decorativo de 110 cm de largo y 80 cm de ancho para cubrir todas las caras de la caja? Justifica tu respuesta. (2 puntos)</w:t>
      </w:r>
    </w:p>
    <w:p w14:paraId="1E055319" w14:textId="77777777" w:rsidR="00C936F2" w:rsidRDefault="00000000">
      <w:r>
        <w:t>Justificación: ................................................................................................</w:t>
      </w:r>
    </w:p>
    <w:p w14:paraId="4D51BA3A" w14:textId="77777777" w:rsidR="00C936F2" w:rsidRDefault="00000000">
      <w:r>
        <w:t>................................................................................................................</w:t>
      </w:r>
    </w:p>
    <w:p w14:paraId="53621C3C" w14:textId="77777777" w:rsidR="00C936F2" w:rsidRDefault="00000000">
      <w:r>
        <w:rPr>
          <w:b/>
        </w:rPr>
        <w:t>7. Una parcela está formada por las dos partes siguientes:</w:t>
      </w:r>
    </w:p>
    <w:p w14:paraId="75E2097A" w14:textId="77777777" w:rsidR="00C936F2" w:rsidRDefault="00000000">
      <w:r>
        <w:t>• Un rectángulo de 12 m de largo y 6 m de ancho.</w:t>
      </w:r>
      <w:r>
        <w:br/>
        <w:t>• Un trapecio cuya base mayor es la longitud del rectángulo, su altura mide 5 m y su base menor mide 4 m.</w:t>
      </w:r>
    </w:p>
    <w:p w14:paraId="7B928BCC" w14:textId="77777777" w:rsidR="00C936F2" w:rsidRDefault="00000000">
      <w:r>
        <w:t>a) Dibuja un esquema de la parcela, sabiendo que 1 cm representa 1 m. (2 puntos)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26"/>
      </w:tblGrid>
      <w:tr w:rsidR="00C936F2" w14:paraId="5B0815AC" w14:textId="77777777">
        <w:tc>
          <w:tcPr>
            <w:tcW w:w="1042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14:paraId="0BB63021" w14:textId="77777777" w:rsidR="00AE63D3" w:rsidRDefault="00000000">
            <w:pPr>
              <w:jc w:val="center"/>
            </w:pPr>
            <w:r>
              <w:br/>
            </w:r>
            <w:r>
              <w:br/>
            </w:r>
          </w:p>
          <w:p w14:paraId="14027693" w14:textId="77777777" w:rsidR="00AE63D3" w:rsidRDefault="00AE63D3">
            <w:pPr>
              <w:jc w:val="center"/>
            </w:pPr>
          </w:p>
          <w:p w14:paraId="400A0254" w14:textId="67611F81" w:rsidR="00C936F2" w:rsidRDefault="00000000">
            <w:pPr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60345A6C" w14:textId="77777777" w:rsidR="00C936F2" w:rsidRDefault="00000000">
      <w:r>
        <w:t>b) Calcula el área de la parcela. (2 puntos)</w:t>
      </w:r>
    </w:p>
    <w:p w14:paraId="537DD380" w14:textId="77777777" w:rsidR="00C936F2" w:rsidRDefault="00000000">
      <w:r>
        <w:t>Cálculos: ................................................................................................</w:t>
      </w:r>
    </w:p>
    <w:p w14:paraId="1D27AF6B" w14:textId="77777777" w:rsidR="00C936F2" w:rsidRDefault="00000000">
      <w:r>
        <w:t>Área total: ................................................................................................</w:t>
      </w:r>
    </w:p>
    <w:sectPr w:rsidR="00C936F2" w:rsidSect="00034616">
      <w:footerReference w:type="default" r:id="rId8"/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4E5E9" w14:textId="77777777" w:rsidR="0053086A" w:rsidRDefault="0053086A">
      <w:pPr>
        <w:spacing w:after="0" w:line="240" w:lineRule="auto"/>
      </w:pPr>
      <w:r>
        <w:separator/>
      </w:r>
    </w:p>
  </w:endnote>
  <w:endnote w:type="continuationSeparator" w:id="0">
    <w:p w14:paraId="45D5E2F3" w14:textId="77777777" w:rsidR="0053086A" w:rsidRDefault="0053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9E3AE" w14:textId="77777777" w:rsidR="00C936F2" w:rsidRDefault="00000000">
    <w:pPr>
      <w:pStyle w:val="Piedepgina"/>
      <w:jc w:val="center"/>
    </w:pPr>
    <w:r>
      <w:rPr>
        <w:color w:val="5A5A5A"/>
        <w:sz w:val="16"/>
      </w:rPr>
      <w:t>Versión en castellano adaptada para uso docente. Mantiene el contenido del control original.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F4425" w14:textId="77777777" w:rsidR="0053086A" w:rsidRDefault="0053086A">
      <w:pPr>
        <w:spacing w:after="0" w:line="240" w:lineRule="auto"/>
      </w:pPr>
      <w:r>
        <w:separator/>
      </w:r>
    </w:p>
  </w:footnote>
  <w:footnote w:type="continuationSeparator" w:id="0">
    <w:p w14:paraId="4383F24F" w14:textId="77777777" w:rsidR="0053086A" w:rsidRDefault="0053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026534">
    <w:abstractNumId w:val="8"/>
  </w:num>
  <w:num w:numId="2" w16cid:durableId="1808281394">
    <w:abstractNumId w:val="6"/>
  </w:num>
  <w:num w:numId="3" w16cid:durableId="1039283998">
    <w:abstractNumId w:val="5"/>
  </w:num>
  <w:num w:numId="4" w16cid:durableId="224146121">
    <w:abstractNumId w:val="4"/>
  </w:num>
  <w:num w:numId="5" w16cid:durableId="729810388">
    <w:abstractNumId w:val="7"/>
  </w:num>
  <w:num w:numId="6" w16cid:durableId="1255817297">
    <w:abstractNumId w:val="3"/>
  </w:num>
  <w:num w:numId="7" w16cid:durableId="224024779">
    <w:abstractNumId w:val="2"/>
  </w:num>
  <w:num w:numId="8" w16cid:durableId="723484420">
    <w:abstractNumId w:val="1"/>
  </w:num>
  <w:num w:numId="9" w16cid:durableId="1046755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3086A"/>
    <w:rsid w:val="00A476CF"/>
    <w:rsid w:val="00AA1D8D"/>
    <w:rsid w:val="00AE63D3"/>
    <w:rsid w:val="00B47730"/>
    <w:rsid w:val="00BF6BAA"/>
    <w:rsid w:val="00C936F2"/>
    <w:rsid w:val="00CB0664"/>
    <w:rsid w:val="00D35228"/>
    <w:rsid w:val="00DF574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B7702"/>
  <w14:defaultImageDpi w14:val="300"/>
  <w15:docId w15:val="{76EEE249-4418-4A14-8F49-786F7D94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3</cp:revision>
  <dcterms:created xsi:type="dcterms:W3CDTF">2013-12-23T23:15:00Z</dcterms:created>
  <dcterms:modified xsi:type="dcterms:W3CDTF">2026-06-29T09:37:00Z</dcterms:modified>
  <cp:category/>
</cp:coreProperties>
</file>