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F6C41" w14:textId="77777777" w:rsidR="00145E4B" w:rsidRDefault="00000000">
      <w:pPr>
        <w:jc w:val="center"/>
      </w:pPr>
      <w:r>
        <w:rPr>
          <w:b/>
          <w:sz w:val="28"/>
        </w:rPr>
        <w:t>Matemáticas — 6.º Primaria — Primer semestre</w:t>
      </w:r>
    </w:p>
    <w:p w14:paraId="01A8C1EC" w14:textId="77777777" w:rsidR="00145E4B" w:rsidRDefault="00000000">
      <w:pPr>
        <w:jc w:val="center"/>
      </w:pPr>
      <w:r>
        <w:rPr>
          <w:b/>
          <w:sz w:val="26"/>
        </w:rPr>
        <w:t>Control 1 — Modelo 2</w:t>
      </w:r>
    </w:p>
    <w:p w14:paraId="42243913" w14:textId="77777777" w:rsidR="00145E4B" w:rsidRDefault="00000000">
      <w:pPr>
        <w:spacing w:after="40"/>
      </w:pPr>
      <w:r>
        <w:rPr>
          <w:b/>
        </w:rPr>
        <w:t xml:space="preserve">Nombre: </w:t>
      </w:r>
      <w:r>
        <w:t xml:space="preserve">............................................................   </w:t>
      </w:r>
      <w:r>
        <w:rPr>
          <w:b/>
        </w:rPr>
        <w:t xml:space="preserve">Curso / grupo: </w:t>
      </w:r>
      <w:r>
        <w:t xml:space="preserve">...............   </w:t>
      </w:r>
      <w:r>
        <w:rPr>
          <w:b/>
        </w:rPr>
        <w:t xml:space="preserve">Fecha: </w:t>
      </w:r>
      <w:r>
        <w:t>....................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145E4B" w14:paraId="49651FA3" w14:textId="77777777">
        <w:trPr>
          <w:jc w:val="center"/>
        </w:trPr>
        <w:tc>
          <w:tcPr>
            <w:tcW w:w="3552" w:type="dxa"/>
            <w:shd w:val="clear" w:color="auto" w:fill="A43434"/>
          </w:tcPr>
          <w:p w14:paraId="02AE6C8B" w14:textId="77777777" w:rsidR="00145E4B" w:rsidRDefault="00000000">
            <w:pPr>
              <w:jc w:val="center"/>
            </w:pPr>
            <w:r>
              <w:rPr>
                <w:b/>
                <w:color w:val="FFFFFF"/>
              </w:rPr>
              <w:t>Nota</w:t>
            </w:r>
          </w:p>
        </w:tc>
        <w:tc>
          <w:tcPr>
            <w:tcW w:w="3552" w:type="dxa"/>
            <w:shd w:val="clear" w:color="auto" w:fill="A43434"/>
          </w:tcPr>
          <w:p w14:paraId="7886B8E1" w14:textId="77777777" w:rsidR="00145E4B" w:rsidRDefault="00000000">
            <w:pPr>
              <w:jc w:val="center"/>
            </w:pPr>
            <w:r>
              <w:rPr>
                <w:b/>
                <w:color w:val="FFFFFF"/>
              </w:rPr>
              <w:t>Firma del padre/madre o tutor</w:t>
            </w:r>
          </w:p>
        </w:tc>
        <w:tc>
          <w:tcPr>
            <w:tcW w:w="3552" w:type="dxa"/>
            <w:shd w:val="clear" w:color="auto" w:fill="A43434"/>
          </w:tcPr>
          <w:p w14:paraId="636F8C45" w14:textId="77777777" w:rsidR="00145E4B" w:rsidRDefault="00000000">
            <w:pPr>
              <w:jc w:val="center"/>
            </w:pPr>
            <w:r>
              <w:rPr>
                <w:b/>
                <w:color w:val="FFFFFF"/>
              </w:rPr>
              <w:t>Firma de la dirección</w:t>
            </w:r>
          </w:p>
        </w:tc>
      </w:tr>
      <w:tr w:rsidR="00145E4B" w14:paraId="7E178259" w14:textId="77777777">
        <w:trPr>
          <w:jc w:val="center"/>
        </w:trPr>
        <w:tc>
          <w:tcPr>
            <w:tcW w:w="3552" w:type="dxa"/>
          </w:tcPr>
          <w:p w14:paraId="477B919F" w14:textId="77777777" w:rsidR="00145E4B" w:rsidRDefault="00000000">
            <w:r>
              <w:br/>
            </w:r>
          </w:p>
        </w:tc>
        <w:tc>
          <w:tcPr>
            <w:tcW w:w="3552" w:type="dxa"/>
          </w:tcPr>
          <w:p w14:paraId="6A8E5FB2" w14:textId="77777777" w:rsidR="00145E4B" w:rsidRDefault="00000000">
            <w:r>
              <w:br/>
            </w:r>
          </w:p>
        </w:tc>
        <w:tc>
          <w:tcPr>
            <w:tcW w:w="3552" w:type="dxa"/>
          </w:tcPr>
          <w:p w14:paraId="72FA0ED2" w14:textId="77777777" w:rsidR="00145E4B" w:rsidRDefault="00000000">
            <w:r>
              <w:br/>
            </w:r>
          </w:p>
        </w:tc>
      </w:tr>
    </w:tbl>
    <w:p w14:paraId="66F09E78" w14:textId="77777777" w:rsidR="00145E4B" w:rsidRDefault="00000000">
      <w:pPr>
        <w:spacing w:before="100" w:after="20"/>
      </w:pPr>
      <w:r>
        <w:rPr>
          <w:b/>
          <w:sz w:val="21"/>
        </w:rPr>
        <w:t>1. Coloca y calcula:</w:t>
      </w:r>
    </w:p>
    <w:p w14:paraId="65CDFCF9" w14:textId="3AE8A141" w:rsidR="00145E4B" w:rsidRDefault="00000000">
      <w:pPr>
        <w:spacing w:after="20"/>
      </w:pPr>
      <w:r>
        <w:t>9567,376 - (7126,7 + 98,36)</w:t>
      </w:r>
      <w:r w:rsidR="00110AFD">
        <w:tab/>
      </w:r>
      <w:r w:rsidR="00110AFD">
        <w:tab/>
      </w:r>
      <w:r w:rsidR="00110AFD">
        <w:tab/>
      </w:r>
      <w:r w:rsidR="00110AFD">
        <w:tab/>
      </w:r>
      <w:r w:rsidR="00110AFD">
        <w:tab/>
      </w:r>
      <w:r w:rsidR="00110AFD">
        <w:tab/>
      </w:r>
      <w:r>
        <w:t>8,56 x 4,75</w:t>
      </w:r>
    </w:p>
    <w:p w14:paraId="3C781246" w14:textId="77777777" w:rsidR="00110AFD" w:rsidRDefault="00110AFD">
      <w:pPr>
        <w:spacing w:after="20"/>
      </w:pPr>
    </w:p>
    <w:p w14:paraId="7556F965" w14:textId="77777777" w:rsidR="00110AFD" w:rsidRDefault="00110AFD">
      <w:pPr>
        <w:spacing w:after="20"/>
      </w:pPr>
    </w:p>
    <w:p w14:paraId="3BA3EB34" w14:textId="77777777" w:rsidR="00110AFD" w:rsidRDefault="00110AFD">
      <w:pPr>
        <w:spacing w:after="20"/>
      </w:pPr>
    </w:p>
    <w:p w14:paraId="2DDCDDFF" w14:textId="77777777" w:rsidR="00110AFD" w:rsidRDefault="00110AFD">
      <w:pPr>
        <w:spacing w:after="20"/>
      </w:pPr>
    </w:p>
    <w:p w14:paraId="044E1E21" w14:textId="77777777" w:rsidR="00110AFD" w:rsidRDefault="00110AFD">
      <w:pPr>
        <w:spacing w:after="20"/>
      </w:pPr>
    </w:p>
    <w:p w14:paraId="020CBA29" w14:textId="77777777" w:rsidR="00110AFD" w:rsidRDefault="00110AFD">
      <w:pPr>
        <w:spacing w:after="20"/>
      </w:pPr>
    </w:p>
    <w:p w14:paraId="0290447E" w14:textId="77777777" w:rsidR="00110AFD" w:rsidRDefault="00110AFD">
      <w:pPr>
        <w:spacing w:after="20"/>
      </w:pPr>
    </w:p>
    <w:p w14:paraId="69C1CFEB" w14:textId="77777777" w:rsidR="00110AFD" w:rsidRDefault="00110AFD">
      <w:pPr>
        <w:spacing w:after="20"/>
      </w:pPr>
    </w:p>
    <w:p w14:paraId="31E6B110" w14:textId="77777777" w:rsidR="00110AFD" w:rsidRDefault="00110AFD">
      <w:pPr>
        <w:spacing w:after="20"/>
      </w:pPr>
    </w:p>
    <w:p w14:paraId="3C87E600" w14:textId="77777777" w:rsidR="00110AFD" w:rsidRDefault="00110AFD">
      <w:pPr>
        <w:spacing w:after="20"/>
      </w:pPr>
    </w:p>
    <w:p w14:paraId="4DF3E4BE" w14:textId="77777777" w:rsidR="00110AFD" w:rsidRDefault="00110AFD">
      <w:pPr>
        <w:spacing w:after="20"/>
      </w:pPr>
    </w:p>
    <w:p w14:paraId="794613F0" w14:textId="77777777" w:rsidR="00110AFD" w:rsidRDefault="00110AFD">
      <w:pPr>
        <w:spacing w:after="20"/>
      </w:pPr>
    </w:p>
    <w:p w14:paraId="67E4FE7B" w14:textId="77777777" w:rsidR="00110AFD" w:rsidRDefault="00110AFD">
      <w:pPr>
        <w:spacing w:after="20"/>
      </w:pPr>
    </w:p>
    <w:p w14:paraId="3F1D953D" w14:textId="77777777" w:rsidR="00110AFD" w:rsidRDefault="00110AFD">
      <w:pPr>
        <w:spacing w:after="20"/>
      </w:pPr>
    </w:p>
    <w:p w14:paraId="7BF4A342" w14:textId="77777777" w:rsidR="00110AFD" w:rsidRDefault="00110AFD">
      <w:pPr>
        <w:spacing w:after="20"/>
      </w:pPr>
    </w:p>
    <w:p w14:paraId="610CCF0B" w14:textId="77777777" w:rsidR="00110AFD" w:rsidRDefault="00110AFD">
      <w:pPr>
        <w:spacing w:after="20"/>
      </w:pPr>
    </w:p>
    <w:p w14:paraId="2A6EC5E2" w14:textId="77777777" w:rsidR="00145E4B" w:rsidRDefault="00000000">
      <w:pPr>
        <w:spacing w:before="100" w:after="20"/>
      </w:pPr>
      <w:r>
        <w:rPr>
          <w:b/>
          <w:sz w:val="21"/>
        </w:rPr>
        <w:t>2. Escribe los números siguientes con letras y con cifras:</w:t>
      </w:r>
    </w:p>
    <w:p w14:paraId="76AA3861" w14:textId="77777777" w:rsidR="00145E4B" w:rsidRDefault="00000000">
      <w:pPr>
        <w:spacing w:after="20"/>
        <w:rPr>
          <w:b/>
        </w:rPr>
      </w:pPr>
      <w:r>
        <w:rPr>
          <w:b/>
        </w:rPr>
        <w:t xml:space="preserve">a) Escribe con </w:t>
      </w:r>
      <w:proofErr w:type="spellStart"/>
      <w:r>
        <w:rPr>
          <w:b/>
        </w:rPr>
        <w:t>cifras</w:t>
      </w:r>
      <w:proofErr w:type="spellEnd"/>
      <w:r>
        <w:rPr>
          <w:b/>
        </w:rPr>
        <w:t>:</w:t>
      </w:r>
    </w:p>
    <w:p w14:paraId="466EEF5F" w14:textId="77777777" w:rsidR="00110AFD" w:rsidRDefault="00110AFD">
      <w:pPr>
        <w:spacing w:after="20"/>
      </w:pPr>
    </w:p>
    <w:p w14:paraId="7B41D3CD" w14:textId="77777777" w:rsidR="00145E4B" w:rsidRDefault="00000000">
      <w:pPr>
        <w:spacing w:after="20"/>
        <w:ind w:left="288"/>
      </w:pPr>
      <w:r>
        <w:t>Tres millones quinientos sesenta mil trescientos cinco:  ..................................................</w:t>
      </w:r>
    </w:p>
    <w:p w14:paraId="7B608EC8" w14:textId="77777777" w:rsidR="00110AFD" w:rsidRDefault="00110AFD">
      <w:pPr>
        <w:spacing w:after="20"/>
        <w:ind w:left="288"/>
      </w:pPr>
    </w:p>
    <w:p w14:paraId="27675556" w14:textId="77777777" w:rsidR="00145E4B" w:rsidRDefault="00000000">
      <w:pPr>
        <w:spacing w:after="20"/>
        <w:ind w:left="288"/>
      </w:pPr>
      <w:r>
        <w:t>Quince unidades y veintisiete milésimas:  ..................................................</w:t>
      </w:r>
    </w:p>
    <w:p w14:paraId="72E0AF72" w14:textId="77777777" w:rsidR="00110AFD" w:rsidRDefault="00110AFD">
      <w:pPr>
        <w:spacing w:after="20"/>
        <w:ind w:left="288"/>
      </w:pPr>
    </w:p>
    <w:p w14:paraId="42419371" w14:textId="77777777" w:rsidR="00145E4B" w:rsidRDefault="00000000">
      <w:pPr>
        <w:spacing w:after="20"/>
      </w:pPr>
      <w:r>
        <w:rPr>
          <w:b/>
        </w:rPr>
        <w:t>b) Escribe con letras:</w:t>
      </w:r>
    </w:p>
    <w:p w14:paraId="68C22FAA" w14:textId="77777777" w:rsidR="00145E4B" w:rsidRDefault="00000000">
      <w:pPr>
        <w:spacing w:after="20"/>
        <w:ind w:left="288"/>
      </w:pPr>
      <w:r>
        <w:t>16 086 405:  ....................................................................................................................</w:t>
      </w:r>
    </w:p>
    <w:p w14:paraId="0CA2170E" w14:textId="77777777" w:rsidR="00110AFD" w:rsidRDefault="00110AFD">
      <w:pPr>
        <w:spacing w:after="20"/>
        <w:ind w:left="288"/>
      </w:pPr>
    </w:p>
    <w:p w14:paraId="7CAB6FE2" w14:textId="77777777" w:rsidR="00145E4B" w:rsidRDefault="00000000">
      <w:pPr>
        <w:spacing w:after="20"/>
      </w:pPr>
      <w:r>
        <w:rPr>
          <w:b/>
        </w:rPr>
        <w:t>c) Completa la tabla: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145E4B" w14:paraId="54815574" w14:textId="77777777">
        <w:trPr>
          <w:jc w:val="center"/>
        </w:trPr>
        <w:tc>
          <w:tcPr>
            <w:tcW w:w="2664" w:type="dxa"/>
            <w:shd w:val="clear" w:color="auto" w:fill="F2DDDD"/>
          </w:tcPr>
          <w:p w14:paraId="57F03D37" w14:textId="77777777" w:rsidR="00145E4B" w:rsidRDefault="00000000">
            <w:pPr>
              <w:jc w:val="center"/>
            </w:pPr>
            <w:r>
              <w:rPr>
                <w:b/>
                <w:sz w:val="19"/>
              </w:rPr>
              <w:t>Número</w:t>
            </w:r>
          </w:p>
        </w:tc>
        <w:tc>
          <w:tcPr>
            <w:tcW w:w="2664" w:type="dxa"/>
            <w:shd w:val="clear" w:color="auto" w:fill="F2DDDD"/>
          </w:tcPr>
          <w:p w14:paraId="36695A99" w14:textId="77777777" w:rsidR="00145E4B" w:rsidRDefault="00000000">
            <w:pPr>
              <w:jc w:val="center"/>
            </w:pPr>
            <w:r>
              <w:rPr>
                <w:b/>
                <w:sz w:val="19"/>
              </w:rPr>
              <w:t>Número de unidades de millar</w:t>
            </w:r>
          </w:p>
        </w:tc>
        <w:tc>
          <w:tcPr>
            <w:tcW w:w="2664" w:type="dxa"/>
            <w:shd w:val="clear" w:color="auto" w:fill="F2DDDD"/>
          </w:tcPr>
          <w:p w14:paraId="02C55D7A" w14:textId="77777777" w:rsidR="00145E4B" w:rsidRDefault="00000000">
            <w:pPr>
              <w:jc w:val="center"/>
            </w:pPr>
            <w:r>
              <w:rPr>
                <w:b/>
                <w:sz w:val="19"/>
              </w:rPr>
              <w:t>Número de decenas</w:t>
            </w:r>
          </w:p>
        </w:tc>
        <w:tc>
          <w:tcPr>
            <w:tcW w:w="2664" w:type="dxa"/>
            <w:shd w:val="clear" w:color="auto" w:fill="F2DDDD"/>
          </w:tcPr>
          <w:p w14:paraId="689FC625" w14:textId="77777777" w:rsidR="00145E4B" w:rsidRDefault="00000000">
            <w:pPr>
              <w:jc w:val="center"/>
            </w:pPr>
            <w:r>
              <w:rPr>
                <w:b/>
                <w:sz w:val="19"/>
              </w:rPr>
              <w:t>Número de decenas de millón</w:t>
            </w:r>
          </w:p>
        </w:tc>
      </w:tr>
      <w:tr w:rsidR="00145E4B" w14:paraId="1D5E9572" w14:textId="77777777">
        <w:trPr>
          <w:jc w:val="center"/>
        </w:trPr>
        <w:tc>
          <w:tcPr>
            <w:tcW w:w="2664" w:type="dxa"/>
          </w:tcPr>
          <w:p w14:paraId="72A07C8F" w14:textId="77777777" w:rsidR="00110AFD" w:rsidRDefault="00110AFD">
            <w:pPr>
              <w:jc w:val="center"/>
              <w:rPr>
                <w:b/>
                <w:sz w:val="19"/>
              </w:rPr>
            </w:pPr>
          </w:p>
          <w:p w14:paraId="00B83616" w14:textId="74B8DA6D" w:rsidR="00145E4B" w:rsidRDefault="00000000">
            <w:pPr>
              <w:jc w:val="center"/>
            </w:pPr>
            <w:r>
              <w:rPr>
                <w:b/>
                <w:sz w:val="19"/>
              </w:rPr>
              <w:t>16 086 405</w:t>
            </w:r>
          </w:p>
        </w:tc>
        <w:tc>
          <w:tcPr>
            <w:tcW w:w="2664" w:type="dxa"/>
          </w:tcPr>
          <w:p w14:paraId="62C46BCA" w14:textId="77777777" w:rsidR="00145E4B" w:rsidRDefault="00145E4B">
            <w:pPr>
              <w:jc w:val="center"/>
              <w:rPr>
                <w:sz w:val="19"/>
              </w:rPr>
            </w:pPr>
          </w:p>
          <w:p w14:paraId="49C6665F" w14:textId="77777777" w:rsidR="00110AFD" w:rsidRDefault="00110AFD">
            <w:pPr>
              <w:jc w:val="center"/>
              <w:rPr>
                <w:sz w:val="19"/>
              </w:rPr>
            </w:pPr>
          </w:p>
          <w:p w14:paraId="35FF8F88" w14:textId="415B217E" w:rsidR="00110AFD" w:rsidRDefault="00110AFD">
            <w:pPr>
              <w:jc w:val="center"/>
            </w:pPr>
          </w:p>
        </w:tc>
        <w:tc>
          <w:tcPr>
            <w:tcW w:w="2664" w:type="dxa"/>
          </w:tcPr>
          <w:p w14:paraId="261E553D" w14:textId="77777777" w:rsidR="00145E4B" w:rsidRDefault="00145E4B">
            <w:pPr>
              <w:jc w:val="center"/>
              <w:rPr>
                <w:sz w:val="19"/>
              </w:rPr>
            </w:pPr>
          </w:p>
          <w:p w14:paraId="28322E53" w14:textId="6D6B706F" w:rsidR="00110AFD" w:rsidRDefault="00110AFD">
            <w:pPr>
              <w:jc w:val="center"/>
            </w:pPr>
          </w:p>
        </w:tc>
        <w:tc>
          <w:tcPr>
            <w:tcW w:w="2664" w:type="dxa"/>
          </w:tcPr>
          <w:p w14:paraId="6FAA2572" w14:textId="77777777" w:rsidR="00145E4B" w:rsidRDefault="00145E4B">
            <w:pPr>
              <w:jc w:val="center"/>
              <w:rPr>
                <w:sz w:val="19"/>
              </w:rPr>
            </w:pPr>
          </w:p>
          <w:p w14:paraId="2827E3E5" w14:textId="5B5229E5" w:rsidR="00110AFD" w:rsidRDefault="00110AFD">
            <w:pPr>
              <w:jc w:val="center"/>
            </w:pPr>
          </w:p>
        </w:tc>
      </w:tr>
    </w:tbl>
    <w:p w14:paraId="5097F44E" w14:textId="77777777" w:rsidR="00145E4B" w:rsidRDefault="00000000">
      <w:pPr>
        <w:spacing w:before="100" w:after="20"/>
      </w:pPr>
      <w:r>
        <w:rPr>
          <w:b/>
          <w:sz w:val="21"/>
        </w:rPr>
        <w:t>3. Ordena los números siguientes de forma decreciente:</w:t>
      </w:r>
    </w:p>
    <w:p w14:paraId="70842F85" w14:textId="77777777" w:rsidR="00145E4B" w:rsidRDefault="00000000">
      <w:pPr>
        <w:spacing w:after="20"/>
      </w:pPr>
      <w:r>
        <w:t>6141,026 ; 6141,256 ; 6114,062 ; 6114,3 ; 6141,6</w:t>
      </w:r>
    </w:p>
    <w:p w14:paraId="0FD55A2E" w14:textId="77777777" w:rsidR="00110AFD" w:rsidRDefault="00110AFD">
      <w:pPr>
        <w:spacing w:before="100" w:after="20"/>
      </w:pPr>
    </w:p>
    <w:p w14:paraId="737B30CD" w14:textId="77777777" w:rsidR="00110AFD" w:rsidRDefault="00110AFD">
      <w:pPr>
        <w:spacing w:before="100" w:after="20"/>
      </w:pPr>
    </w:p>
    <w:p w14:paraId="593A793D" w14:textId="06F155F4" w:rsidR="00145E4B" w:rsidRDefault="00000000">
      <w:pPr>
        <w:spacing w:before="100" w:after="20"/>
      </w:pPr>
      <w:r>
        <w:rPr>
          <w:b/>
          <w:sz w:val="21"/>
        </w:rPr>
        <w:t>4. Da la escritura decimal o fraccionaria de los números siguientes:</w:t>
      </w:r>
    </w:p>
    <w:p w14:paraId="3349EE21" w14:textId="77777777" w:rsidR="00145E4B" w:rsidRDefault="00000000">
      <w:pPr>
        <w:spacing w:after="20"/>
      </w:pPr>
      <w:r>
        <w:t>15/1000 ; 75,062 ; 1,6</w:t>
      </w:r>
    </w:p>
    <w:p w14:paraId="36414114" w14:textId="580C2D65" w:rsidR="00145E4B" w:rsidRDefault="00145E4B">
      <w:pPr>
        <w:spacing w:after="20"/>
      </w:pPr>
    </w:p>
    <w:p w14:paraId="4ED5048F" w14:textId="77777777" w:rsidR="00110AFD" w:rsidRDefault="00110AFD">
      <w:pPr>
        <w:spacing w:after="20"/>
      </w:pPr>
    </w:p>
    <w:p w14:paraId="32ECBF97" w14:textId="77777777" w:rsidR="00110AFD" w:rsidRDefault="00110AFD">
      <w:pPr>
        <w:spacing w:after="20"/>
      </w:pPr>
    </w:p>
    <w:p w14:paraId="006A74FC" w14:textId="77777777" w:rsidR="00145E4B" w:rsidRDefault="00000000">
      <w:pPr>
        <w:spacing w:before="100" w:after="20"/>
      </w:pPr>
      <w:r>
        <w:rPr>
          <w:b/>
          <w:sz w:val="21"/>
        </w:rPr>
        <w:t>5. Construye un ángulo de 125° y después construye la bisectriz de ese ángulo.</w:t>
      </w:r>
    </w:p>
    <w:p w14:paraId="0F169D6C" w14:textId="77777777" w:rsidR="00145E4B" w:rsidRDefault="00145E4B">
      <w:pPr>
        <w:spacing w:after="20"/>
      </w:pPr>
    </w:p>
    <w:p w14:paraId="7ED860AE" w14:textId="77777777" w:rsidR="00110AFD" w:rsidRDefault="00110AFD">
      <w:pPr>
        <w:spacing w:after="20"/>
      </w:pPr>
    </w:p>
    <w:p w14:paraId="3C233869" w14:textId="77777777" w:rsidR="00110AFD" w:rsidRDefault="00110AFD">
      <w:pPr>
        <w:spacing w:after="20"/>
      </w:pPr>
    </w:p>
    <w:p w14:paraId="630B6385" w14:textId="77777777" w:rsidR="00110AFD" w:rsidRDefault="00110AFD">
      <w:pPr>
        <w:spacing w:after="20"/>
      </w:pPr>
    </w:p>
    <w:p w14:paraId="5F1D3765" w14:textId="77777777" w:rsidR="00110AFD" w:rsidRDefault="00110AFD">
      <w:pPr>
        <w:spacing w:after="20"/>
      </w:pPr>
    </w:p>
    <w:p w14:paraId="696092F9" w14:textId="77777777" w:rsidR="00110AFD" w:rsidRDefault="00110AFD">
      <w:pPr>
        <w:spacing w:after="20"/>
      </w:pPr>
    </w:p>
    <w:p w14:paraId="6A545DCA" w14:textId="77777777" w:rsidR="00110AFD" w:rsidRDefault="00110AFD">
      <w:pPr>
        <w:spacing w:after="20"/>
      </w:pPr>
    </w:p>
    <w:p w14:paraId="31951B06" w14:textId="77777777" w:rsidR="00110AFD" w:rsidRDefault="00110AFD">
      <w:pPr>
        <w:spacing w:after="20"/>
      </w:pPr>
    </w:p>
    <w:p w14:paraId="71A202B6" w14:textId="77777777" w:rsidR="00145E4B" w:rsidRDefault="00000000">
      <w:pPr>
        <w:spacing w:before="100" w:after="20"/>
      </w:pPr>
      <w:r>
        <w:rPr>
          <w:b/>
          <w:sz w:val="21"/>
        </w:rPr>
        <w:t>6. De entre los números siguientes:</w:t>
      </w:r>
    </w:p>
    <w:p w14:paraId="6F4EFA96" w14:textId="77777777" w:rsidR="00145E4B" w:rsidRDefault="00000000">
      <w:pPr>
        <w:spacing w:after="20"/>
      </w:pPr>
      <w:r>
        <w:t>65820 - 35730 - 19045 - 7470 - 766</w:t>
      </w:r>
    </w:p>
    <w:p w14:paraId="2A0AB3E7" w14:textId="77777777" w:rsidR="00110AFD" w:rsidRDefault="00000000">
      <w:pPr>
        <w:spacing w:after="20"/>
      </w:pPr>
      <w:r>
        <w:t xml:space="preserve">a) Determina los números que aceptan la división por 2, 3 y 9 a la </w:t>
      </w:r>
      <w:proofErr w:type="spellStart"/>
      <w:r>
        <w:t>vez</w:t>
      </w:r>
      <w:proofErr w:type="spellEnd"/>
      <w:r>
        <w:t>.</w:t>
      </w:r>
    </w:p>
    <w:p w14:paraId="7B8BB68F" w14:textId="77777777" w:rsidR="00110AFD" w:rsidRDefault="00110AFD">
      <w:pPr>
        <w:spacing w:after="20"/>
      </w:pPr>
    </w:p>
    <w:p w14:paraId="6FDB0303" w14:textId="77777777" w:rsidR="00110AFD" w:rsidRDefault="00110AFD">
      <w:pPr>
        <w:spacing w:after="20"/>
      </w:pPr>
    </w:p>
    <w:p w14:paraId="2CBDEDA6" w14:textId="77777777" w:rsidR="00110AFD" w:rsidRDefault="00110AFD">
      <w:pPr>
        <w:spacing w:after="20"/>
      </w:pPr>
    </w:p>
    <w:p w14:paraId="4E4F4936" w14:textId="77777777" w:rsidR="00110AFD" w:rsidRDefault="00110AFD">
      <w:pPr>
        <w:spacing w:after="20"/>
      </w:pPr>
    </w:p>
    <w:p w14:paraId="0C823733" w14:textId="77777777" w:rsidR="00110AFD" w:rsidRDefault="00110AFD">
      <w:pPr>
        <w:spacing w:after="20"/>
      </w:pPr>
    </w:p>
    <w:p w14:paraId="3FACD466" w14:textId="461EC94F" w:rsidR="00145E4B" w:rsidRDefault="00000000">
      <w:pPr>
        <w:spacing w:after="20"/>
      </w:pPr>
      <w:r>
        <w:t xml:space="preserve">b) </w:t>
      </w:r>
      <w:proofErr w:type="spellStart"/>
      <w:r>
        <w:t>Determina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números</w:t>
      </w:r>
      <w:proofErr w:type="spellEnd"/>
      <w:r>
        <w:t xml:space="preserve"> que aceptan la división por 2, 5, 9 y 3 a la vez.</w:t>
      </w:r>
    </w:p>
    <w:p w14:paraId="645D161C" w14:textId="5D70F94D" w:rsidR="00145E4B" w:rsidRDefault="00000000">
      <w:pPr>
        <w:spacing w:after="20"/>
      </w:pPr>
      <w:r>
        <w:t>.</w:t>
      </w:r>
    </w:p>
    <w:p w14:paraId="229DC30F" w14:textId="77777777" w:rsidR="00110AFD" w:rsidRDefault="00110AFD">
      <w:pPr>
        <w:spacing w:after="20"/>
      </w:pPr>
    </w:p>
    <w:p w14:paraId="4D258656" w14:textId="77777777" w:rsidR="00110AFD" w:rsidRDefault="00110AFD">
      <w:pPr>
        <w:spacing w:after="20"/>
      </w:pPr>
    </w:p>
    <w:p w14:paraId="3E021E09" w14:textId="77777777" w:rsidR="00110AFD" w:rsidRDefault="00110AFD">
      <w:pPr>
        <w:spacing w:after="20"/>
      </w:pPr>
    </w:p>
    <w:p w14:paraId="3CA43CA2" w14:textId="77777777" w:rsidR="00110AFD" w:rsidRDefault="00110AFD">
      <w:pPr>
        <w:spacing w:after="20"/>
      </w:pPr>
    </w:p>
    <w:p w14:paraId="62260DD5" w14:textId="73F48E87" w:rsidR="00145E4B" w:rsidRDefault="00145E4B"/>
    <w:p w14:paraId="68ED802A" w14:textId="77777777" w:rsidR="00145E4B" w:rsidRDefault="00000000">
      <w:pPr>
        <w:spacing w:before="100" w:after="20"/>
      </w:pPr>
      <w:r>
        <w:rPr>
          <w:b/>
          <w:sz w:val="21"/>
        </w:rPr>
        <w:t>7. Problema:</w:t>
      </w:r>
    </w:p>
    <w:p w14:paraId="7A5AB8A6" w14:textId="77777777" w:rsidR="00145E4B" w:rsidRDefault="00000000">
      <w:pPr>
        <w:spacing w:after="20"/>
      </w:pPr>
      <w:r>
        <w:t>Una señora fue al mercado con 100 dirhams. Compró 2 kilogramos de manzanas a 3,25 dirhams el medio kilogramo. También compró medio kilogramo de carne a 64 dirhams el kilogramo. Calcula la cantidad de dinero que le queda al volver del mercado.</w:t>
      </w:r>
    </w:p>
    <w:p w14:paraId="056AC001" w14:textId="3907C2BC" w:rsidR="00145E4B" w:rsidRDefault="00000000">
      <w:pPr>
        <w:spacing w:after="20"/>
      </w:pPr>
      <w:r>
        <w:t xml:space="preserve">Operaciones: </w:t>
      </w:r>
    </w:p>
    <w:p w14:paraId="4B96B9C5" w14:textId="77777777" w:rsidR="00110AFD" w:rsidRDefault="00110AFD">
      <w:pPr>
        <w:spacing w:after="20"/>
      </w:pPr>
    </w:p>
    <w:p w14:paraId="6CA39323" w14:textId="77777777" w:rsidR="00110AFD" w:rsidRDefault="00110AFD">
      <w:pPr>
        <w:spacing w:after="20"/>
      </w:pPr>
    </w:p>
    <w:p w14:paraId="61CF0791" w14:textId="77777777" w:rsidR="00110AFD" w:rsidRDefault="00110AFD">
      <w:pPr>
        <w:spacing w:after="20"/>
      </w:pPr>
    </w:p>
    <w:p w14:paraId="7756E5FD" w14:textId="77777777" w:rsidR="00110AFD" w:rsidRDefault="00110AFD">
      <w:pPr>
        <w:spacing w:after="20"/>
      </w:pPr>
    </w:p>
    <w:p w14:paraId="41ADCCAA" w14:textId="77777777" w:rsidR="00110AFD" w:rsidRDefault="00110AFD">
      <w:pPr>
        <w:spacing w:after="20"/>
      </w:pPr>
    </w:p>
    <w:p w14:paraId="3AF7CED6" w14:textId="77777777" w:rsidR="00110AFD" w:rsidRDefault="00110AFD">
      <w:pPr>
        <w:spacing w:after="20"/>
      </w:pPr>
    </w:p>
    <w:p w14:paraId="5AED2C38" w14:textId="77777777" w:rsidR="00110AFD" w:rsidRDefault="00110AFD">
      <w:pPr>
        <w:spacing w:after="20"/>
      </w:pPr>
    </w:p>
    <w:p w14:paraId="0B8CBE5C" w14:textId="77777777" w:rsidR="00110AFD" w:rsidRDefault="00110AFD">
      <w:pPr>
        <w:spacing w:after="20"/>
      </w:pPr>
    </w:p>
    <w:p w14:paraId="20536854" w14:textId="77777777" w:rsidR="00110AFD" w:rsidRDefault="00110AFD">
      <w:pPr>
        <w:spacing w:after="20"/>
      </w:pPr>
    </w:p>
    <w:p w14:paraId="4531A445" w14:textId="77777777" w:rsidR="00110AFD" w:rsidRDefault="00110AFD">
      <w:pPr>
        <w:spacing w:after="20"/>
      </w:pPr>
    </w:p>
    <w:p w14:paraId="3723687A" w14:textId="77777777" w:rsidR="00110AFD" w:rsidRDefault="00110AFD">
      <w:pPr>
        <w:spacing w:after="20"/>
      </w:pPr>
    </w:p>
    <w:p w14:paraId="2C41F1DE" w14:textId="77777777" w:rsidR="00110AFD" w:rsidRDefault="00110AFD">
      <w:pPr>
        <w:spacing w:after="20"/>
      </w:pPr>
    </w:p>
    <w:p w14:paraId="6A11F5FC" w14:textId="77777777" w:rsidR="00110AFD" w:rsidRDefault="00110AFD">
      <w:pPr>
        <w:spacing w:after="20"/>
      </w:pPr>
    </w:p>
    <w:p w14:paraId="6BAADF53" w14:textId="77777777" w:rsidR="00110AFD" w:rsidRDefault="00110AFD">
      <w:pPr>
        <w:spacing w:after="20"/>
      </w:pPr>
    </w:p>
    <w:p w14:paraId="474643F3" w14:textId="77777777" w:rsidR="00110AFD" w:rsidRDefault="00110AFD">
      <w:pPr>
        <w:spacing w:after="20"/>
      </w:pPr>
    </w:p>
    <w:p w14:paraId="20F82552" w14:textId="77777777" w:rsidR="00110AFD" w:rsidRDefault="00110AFD">
      <w:pPr>
        <w:spacing w:after="20"/>
      </w:pPr>
    </w:p>
    <w:p w14:paraId="6B54980A" w14:textId="7A8E1D52" w:rsidR="00145E4B" w:rsidRDefault="00000000">
      <w:pPr>
        <w:spacing w:after="20"/>
      </w:pPr>
      <w:r>
        <w:t xml:space="preserve">Respuesta: </w:t>
      </w:r>
    </w:p>
    <w:p w14:paraId="337CDC46" w14:textId="77777777" w:rsidR="00110AFD" w:rsidRDefault="00110AFD">
      <w:pPr>
        <w:spacing w:after="20"/>
      </w:pPr>
    </w:p>
    <w:p w14:paraId="25CBA3F4" w14:textId="77777777" w:rsidR="00110AFD" w:rsidRDefault="00110AFD">
      <w:pPr>
        <w:spacing w:after="20"/>
      </w:pPr>
    </w:p>
    <w:p w14:paraId="6DAABB2C" w14:textId="77777777" w:rsidR="00110AFD" w:rsidRDefault="00110AFD">
      <w:pPr>
        <w:spacing w:after="20"/>
      </w:pPr>
    </w:p>
    <w:p w14:paraId="2759A1E2" w14:textId="77777777" w:rsidR="00145E4B" w:rsidRDefault="00000000">
      <w:pPr>
        <w:spacing w:before="100" w:after="20"/>
      </w:pPr>
      <w:r>
        <w:rPr>
          <w:b/>
          <w:sz w:val="21"/>
        </w:rPr>
        <w:t>8. Construye la figura simétrica de la figura dada respecto del eje (D), en la hoja.</w:t>
      </w:r>
    </w:p>
    <w:p w14:paraId="34A42475" w14:textId="77777777" w:rsidR="00145E4B" w:rsidRDefault="00000000">
      <w:pPr>
        <w:jc w:val="center"/>
      </w:pPr>
      <w:r>
        <w:rPr>
          <w:noProof/>
        </w:rPr>
        <w:drawing>
          <wp:inline distT="0" distB="0" distL="0" distR="0" wp14:anchorId="67C64917" wp14:editId="3CEEEC79">
            <wp:extent cx="2148840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etria_eje_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76FAD" w14:textId="77777777" w:rsidR="00145E4B" w:rsidRDefault="00000000">
      <w:pPr>
        <w:spacing w:before="100" w:after="20"/>
      </w:pPr>
      <w:r>
        <w:rPr>
          <w:b/>
          <w:sz w:val="21"/>
        </w:rPr>
        <w:t>9. Construcciones geométricas:</w:t>
      </w:r>
    </w:p>
    <w:p w14:paraId="56240B26" w14:textId="77777777" w:rsidR="00145E4B" w:rsidRDefault="00000000">
      <w:pPr>
        <w:spacing w:after="20"/>
      </w:pPr>
      <w:r>
        <w:t>a) Construye la recta (D2) que pasa por M y es paralela a la recta (D1).</w:t>
      </w:r>
    </w:p>
    <w:p w14:paraId="3FCC9FB3" w14:textId="77777777" w:rsidR="00145E4B" w:rsidRDefault="00000000">
      <w:pPr>
        <w:spacing w:after="20"/>
      </w:pPr>
      <w:r>
        <w:t>b) Construye el punto N que pertenece a (D1) y no pertenece a (D2).</w:t>
      </w:r>
    </w:p>
    <w:p w14:paraId="28176946" w14:textId="77777777" w:rsidR="00145E4B" w:rsidRDefault="00000000">
      <w:pPr>
        <w:spacing w:after="20"/>
      </w:pPr>
      <w:r>
        <w:t>c) Construye la recta (D3) que pasa por N y es perpendicular a (D1).</w:t>
      </w:r>
    </w:p>
    <w:p w14:paraId="252E74B4" w14:textId="77777777" w:rsidR="00145E4B" w:rsidRDefault="00000000">
      <w:pPr>
        <w:spacing w:after="20"/>
      </w:pPr>
      <w:r>
        <w:t xml:space="preserve">d) ¿Cómo son entre sí las </w:t>
      </w:r>
      <w:proofErr w:type="spellStart"/>
      <w:r>
        <w:t>rectas</w:t>
      </w:r>
      <w:proofErr w:type="spellEnd"/>
      <w:r>
        <w:t xml:space="preserve"> (D1) y (D3)?</w:t>
      </w:r>
    </w:p>
    <w:p w14:paraId="0F138297" w14:textId="77777777" w:rsidR="00110AFD" w:rsidRDefault="00110AFD">
      <w:pPr>
        <w:spacing w:after="20"/>
      </w:pPr>
    </w:p>
    <w:p w14:paraId="6EDAB9C2" w14:textId="77777777" w:rsidR="00110AFD" w:rsidRDefault="00110AFD">
      <w:pPr>
        <w:spacing w:after="20"/>
      </w:pPr>
    </w:p>
    <w:p w14:paraId="412CC9D3" w14:textId="77777777" w:rsidR="00110AFD" w:rsidRDefault="00110AFD">
      <w:pPr>
        <w:spacing w:after="20"/>
      </w:pPr>
    </w:p>
    <w:p w14:paraId="45A95356" w14:textId="77777777" w:rsidR="00110AFD" w:rsidRDefault="00110AFD">
      <w:pPr>
        <w:spacing w:after="20"/>
      </w:pPr>
    </w:p>
    <w:p w14:paraId="023FE1CE" w14:textId="77777777" w:rsidR="00145E4B" w:rsidRDefault="00000000">
      <w:pPr>
        <w:jc w:val="center"/>
      </w:pPr>
      <w:r>
        <w:rPr>
          <w:noProof/>
        </w:rPr>
        <w:drawing>
          <wp:inline distT="0" distB="0" distL="0" distR="0" wp14:anchorId="34F2A4C4" wp14:editId="5BA7BFA1">
            <wp:extent cx="5303520" cy="23712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_D1_punto_M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37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5E4B" w:rsidSect="00034616">
      <w:pgSz w:w="12240" w:h="15840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7237698">
    <w:abstractNumId w:val="8"/>
  </w:num>
  <w:num w:numId="2" w16cid:durableId="1425690476">
    <w:abstractNumId w:val="6"/>
  </w:num>
  <w:num w:numId="3" w16cid:durableId="1940065680">
    <w:abstractNumId w:val="5"/>
  </w:num>
  <w:num w:numId="4" w16cid:durableId="127287763">
    <w:abstractNumId w:val="4"/>
  </w:num>
  <w:num w:numId="5" w16cid:durableId="532764312">
    <w:abstractNumId w:val="7"/>
  </w:num>
  <w:num w:numId="6" w16cid:durableId="807628752">
    <w:abstractNumId w:val="3"/>
  </w:num>
  <w:num w:numId="7" w16cid:durableId="476269196">
    <w:abstractNumId w:val="2"/>
  </w:num>
  <w:num w:numId="8" w16cid:durableId="1983348287">
    <w:abstractNumId w:val="1"/>
  </w:num>
  <w:num w:numId="9" w16cid:durableId="832598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0AFD"/>
    <w:rsid w:val="00145E4B"/>
    <w:rsid w:val="0015074B"/>
    <w:rsid w:val="0029639D"/>
    <w:rsid w:val="002D365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9C084"/>
  <w14:defaultImageDpi w14:val="300"/>
  <w15:docId w15:val="{711D24C9-2CCD-4FA6-B95A-E1B7E9EF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3</cp:revision>
  <dcterms:created xsi:type="dcterms:W3CDTF">2013-12-23T23:15:00Z</dcterms:created>
  <dcterms:modified xsi:type="dcterms:W3CDTF">2026-06-29T15:36:00Z</dcterms:modified>
  <cp:category/>
</cp:coreProperties>
</file>