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CE85" w14:textId="77777777" w:rsidR="00691AEF" w:rsidRDefault="00000000">
      <w:pPr>
        <w:jc w:val="center"/>
      </w:pPr>
      <w:r>
        <w:rPr>
          <w:b/>
          <w:sz w:val="32"/>
        </w:rPr>
        <w:t>Matemáticas - 6.º Primaria</w:t>
      </w:r>
    </w:p>
    <w:p w14:paraId="22A2B66F" w14:textId="77777777" w:rsidR="00691AEF" w:rsidRDefault="00000000">
      <w:pPr>
        <w:jc w:val="center"/>
      </w:pPr>
      <w:r>
        <w:rPr>
          <w:i/>
          <w:sz w:val="22"/>
        </w:rPr>
        <w:t>Control 1 - Segundo semestre - Modelo 1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691AEF" w14:paraId="22AA6DCD" w14:textId="77777777">
        <w:trPr>
          <w:jc w:val="center"/>
        </w:trPr>
        <w:tc>
          <w:tcPr>
            <w:tcW w:w="2663" w:type="dxa"/>
            <w:shd w:val="clear" w:color="auto" w:fill="D9EAF7"/>
          </w:tcPr>
          <w:p w14:paraId="573D8C4D" w14:textId="77777777" w:rsidR="00691AEF" w:rsidRDefault="00000000">
            <w:r>
              <w:t>Nombre y apellidos</w:t>
            </w:r>
          </w:p>
        </w:tc>
        <w:tc>
          <w:tcPr>
            <w:tcW w:w="2663" w:type="dxa"/>
            <w:shd w:val="clear" w:color="auto" w:fill="D9EAF7"/>
          </w:tcPr>
          <w:p w14:paraId="6F3C46DA" w14:textId="77777777" w:rsidR="00691AEF" w:rsidRDefault="00000000">
            <w:r>
              <w:t>Curso / grupo</w:t>
            </w:r>
          </w:p>
        </w:tc>
        <w:tc>
          <w:tcPr>
            <w:tcW w:w="2663" w:type="dxa"/>
            <w:shd w:val="clear" w:color="auto" w:fill="D9EAF7"/>
          </w:tcPr>
          <w:p w14:paraId="76771413" w14:textId="77777777" w:rsidR="00691AEF" w:rsidRDefault="00000000">
            <w:r>
              <w:t>Fecha</w:t>
            </w:r>
          </w:p>
        </w:tc>
        <w:tc>
          <w:tcPr>
            <w:tcW w:w="2663" w:type="dxa"/>
            <w:shd w:val="clear" w:color="auto" w:fill="D9EAF7"/>
          </w:tcPr>
          <w:p w14:paraId="514A18E8" w14:textId="77777777" w:rsidR="00691AEF" w:rsidRDefault="00000000">
            <w:r>
              <w:t>Nota</w:t>
            </w:r>
          </w:p>
        </w:tc>
      </w:tr>
      <w:tr w:rsidR="00691AEF" w14:paraId="40DF7408" w14:textId="77777777">
        <w:trPr>
          <w:jc w:val="center"/>
        </w:trPr>
        <w:tc>
          <w:tcPr>
            <w:tcW w:w="2663" w:type="dxa"/>
          </w:tcPr>
          <w:p w14:paraId="7F430C10" w14:textId="77777777" w:rsidR="00691AEF" w:rsidRDefault="00691AEF"/>
        </w:tc>
        <w:tc>
          <w:tcPr>
            <w:tcW w:w="2663" w:type="dxa"/>
          </w:tcPr>
          <w:p w14:paraId="4A32C3AA" w14:textId="77777777" w:rsidR="00691AEF" w:rsidRDefault="00691AEF"/>
        </w:tc>
        <w:tc>
          <w:tcPr>
            <w:tcW w:w="2663" w:type="dxa"/>
          </w:tcPr>
          <w:p w14:paraId="1889225C" w14:textId="77777777" w:rsidR="00691AEF" w:rsidRDefault="00691AEF"/>
        </w:tc>
        <w:tc>
          <w:tcPr>
            <w:tcW w:w="2663" w:type="dxa"/>
          </w:tcPr>
          <w:p w14:paraId="5FF7CF7A" w14:textId="77777777" w:rsidR="00691AEF" w:rsidRDefault="00691AEF"/>
        </w:tc>
      </w:tr>
    </w:tbl>
    <w:p w14:paraId="57732248" w14:textId="77777777" w:rsidR="00691AEF" w:rsidRDefault="00691AEF"/>
    <w:p w14:paraId="76F71A04" w14:textId="77777777" w:rsidR="00691AEF" w:rsidRDefault="00000000">
      <w:pPr>
        <w:spacing w:after="40"/>
      </w:pPr>
      <w:r>
        <w:rPr>
          <w:b/>
        </w:rPr>
        <w:t>1. Coloca y calcula:</w:t>
      </w:r>
      <w:r>
        <w:rPr>
          <w:i/>
        </w:rPr>
        <w:t xml:space="preserve"> (2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51"/>
        <w:gridCol w:w="3551"/>
        <w:gridCol w:w="3551"/>
      </w:tblGrid>
      <w:tr w:rsidR="00691AEF" w14:paraId="7685F462" w14:textId="77777777">
        <w:trPr>
          <w:jc w:val="center"/>
        </w:trPr>
        <w:tc>
          <w:tcPr>
            <w:tcW w:w="3551" w:type="dxa"/>
            <w:shd w:val="clear" w:color="auto" w:fill="F2F2F2"/>
          </w:tcPr>
          <w:p w14:paraId="00AE00F2" w14:textId="77777777" w:rsidR="00691AEF" w:rsidRDefault="00000000">
            <w:r>
              <w:t>(493,68 + 395,2) - 788,89</w:t>
            </w:r>
          </w:p>
        </w:tc>
        <w:tc>
          <w:tcPr>
            <w:tcW w:w="3551" w:type="dxa"/>
            <w:shd w:val="clear" w:color="auto" w:fill="F2F2F2"/>
          </w:tcPr>
          <w:p w14:paraId="2E66F033" w14:textId="77777777" w:rsidR="00691AEF" w:rsidRDefault="00000000">
            <w:r>
              <w:t>23,96 x 20,78</w:t>
            </w:r>
          </w:p>
        </w:tc>
        <w:tc>
          <w:tcPr>
            <w:tcW w:w="3551" w:type="dxa"/>
            <w:shd w:val="clear" w:color="auto" w:fill="F2F2F2"/>
          </w:tcPr>
          <w:p w14:paraId="3E19956B" w14:textId="77777777" w:rsidR="00691AEF" w:rsidRDefault="00000000">
            <w:r>
              <w:t>63,327 ÷ 1,9</w:t>
            </w:r>
          </w:p>
        </w:tc>
      </w:tr>
      <w:tr w:rsidR="00691AEF" w14:paraId="2725AD6D" w14:textId="77777777">
        <w:trPr>
          <w:jc w:val="center"/>
        </w:trPr>
        <w:tc>
          <w:tcPr>
            <w:tcW w:w="3551" w:type="dxa"/>
          </w:tcPr>
          <w:p w14:paraId="3A999F7A" w14:textId="77777777" w:rsidR="00322765" w:rsidRDefault="00000000">
            <w:r>
              <w:br/>
            </w:r>
          </w:p>
          <w:p w14:paraId="1FB4A6FF" w14:textId="77777777" w:rsidR="00322765" w:rsidRDefault="00322765"/>
          <w:p w14:paraId="29379C21" w14:textId="77777777" w:rsidR="00322765" w:rsidRDefault="00322765"/>
          <w:p w14:paraId="63449591" w14:textId="77777777" w:rsidR="00322765" w:rsidRDefault="00322765"/>
          <w:p w14:paraId="57B8CCA8" w14:textId="77777777" w:rsidR="00322765" w:rsidRDefault="00322765"/>
          <w:p w14:paraId="21CFBD14" w14:textId="77777777" w:rsidR="00322765" w:rsidRDefault="00322765"/>
          <w:p w14:paraId="360F2A1B" w14:textId="77777777" w:rsidR="00322765" w:rsidRDefault="00322765"/>
          <w:p w14:paraId="6911C0ED" w14:textId="77777777" w:rsidR="00322765" w:rsidRDefault="00322765"/>
          <w:p w14:paraId="0825997A" w14:textId="77777777" w:rsidR="00322765" w:rsidRDefault="00322765"/>
          <w:p w14:paraId="0BFD5947" w14:textId="69233E9A" w:rsidR="00691AEF" w:rsidRDefault="00000000">
            <w:r>
              <w:br/>
            </w:r>
            <w:r>
              <w:br/>
            </w:r>
            <w:r>
              <w:br/>
            </w:r>
          </w:p>
        </w:tc>
        <w:tc>
          <w:tcPr>
            <w:tcW w:w="3551" w:type="dxa"/>
          </w:tcPr>
          <w:p w14:paraId="1156AE12" w14:textId="77777777" w:rsidR="00691AEF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51" w:type="dxa"/>
          </w:tcPr>
          <w:p w14:paraId="4560A1A2" w14:textId="77777777" w:rsidR="00691AEF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B7B05D0" w14:textId="77777777" w:rsidR="00691AEF" w:rsidRDefault="00691AEF"/>
    <w:p w14:paraId="699AE6E2" w14:textId="77777777" w:rsidR="00691AEF" w:rsidRDefault="00000000">
      <w:pPr>
        <w:spacing w:after="40"/>
      </w:pPr>
      <w:r>
        <w:rPr>
          <w:b/>
        </w:rPr>
        <w:t>2. Ordena de forma creciente los números siguientes:</w:t>
      </w:r>
      <w:r>
        <w:rPr>
          <w:i/>
        </w:rPr>
        <w:t xml:space="preserve"> (2 puntos)</w:t>
      </w:r>
    </w:p>
    <w:p w14:paraId="769862B6" w14:textId="77777777" w:rsidR="00691AEF" w:rsidRDefault="00000000">
      <w:r>
        <w:t>2,2 ; 9/4 ; 2,295 ; 7/3 ; 2,33</w:t>
      </w:r>
    </w:p>
    <w:p w14:paraId="5E08E9B1" w14:textId="77777777" w:rsidR="00322765" w:rsidRDefault="00322765">
      <w:pPr>
        <w:spacing w:after="40"/>
      </w:pPr>
    </w:p>
    <w:p w14:paraId="1424DF67" w14:textId="77777777" w:rsidR="00322765" w:rsidRDefault="00322765">
      <w:pPr>
        <w:spacing w:after="40"/>
      </w:pPr>
    </w:p>
    <w:p w14:paraId="2C743A43" w14:textId="16FA1C85" w:rsidR="00691AEF" w:rsidRDefault="00000000">
      <w:pPr>
        <w:spacing w:after="40"/>
      </w:pPr>
      <w:r>
        <w:rPr>
          <w:b/>
        </w:rPr>
        <w:t>3. Calcula y simplifica cuando sea posible:</w:t>
      </w:r>
      <w:r>
        <w:rPr>
          <w:i/>
        </w:rPr>
        <w:t xml:space="preserve"> (2 puntos)</w:t>
      </w:r>
    </w:p>
    <w:p w14:paraId="01EBEEEA" w14:textId="77777777" w:rsidR="00691AEF" w:rsidRDefault="00000000">
      <w:r>
        <w:t>3/8 + 5/12     ;     7/6 - 3/8     ;     12/7 x 14/5     ;     12/5 ÷ 1/2</w:t>
      </w:r>
    </w:p>
    <w:p w14:paraId="0EC13492" w14:textId="77777777" w:rsidR="00322765" w:rsidRDefault="00322765">
      <w:pPr>
        <w:spacing w:after="40"/>
      </w:pPr>
    </w:p>
    <w:p w14:paraId="1DB2B225" w14:textId="77777777" w:rsidR="00322765" w:rsidRDefault="00322765">
      <w:pPr>
        <w:spacing w:after="40"/>
      </w:pPr>
    </w:p>
    <w:p w14:paraId="3523755E" w14:textId="77777777" w:rsidR="00322765" w:rsidRDefault="00322765">
      <w:pPr>
        <w:spacing w:after="40"/>
      </w:pPr>
    </w:p>
    <w:p w14:paraId="7BFE6333" w14:textId="77777777" w:rsidR="00322765" w:rsidRDefault="00322765">
      <w:pPr>
        <w:spacing w:after="40"/>
      </w:pPr>
    </w:p>
    <w:p w14:paraId="07159AA8" w14:textId="77777777" w:rsidR="00322765" w:rsidRDefault="00322765">
      <w:pPr>
        <w:spacing w:after="40"/>
      </w:pPr>
    </w:p>
    <w:p w14:paraId="24AD6B96" w14:textId="77777777" w:rsidR="00322765" w:rsidRDefault="00322765">
      <w:pPr>
        <w:spacing w:after="40"/>
      </w:pPr>
    </w:p>
    <w:p w14:paraId="58BE188A" w14:textId="77777777" w:rsidR="00322765" w:rsidRDefault="00322765">
      <w:pPr>
        <w:spacing w:after="40"/>
      </w:pPr>
    </w:p>
    <w:p w14:paraId="61065B3A" w14:textId="77777777" w:rsidR="00322765" w:rsidRDefault="00322765">
      <w:pPr>
        <w:spacing w:after="40"/>
      </w:pPr>
    </w:p>
    <w:p w14:paraId="69B98528" w14:textId="77777777" w:rsidR="00322765" w:rsidRDefault="00322765">
      <w:pPr>
        <w:spacing w:after="40"/>
      </w:pPr>
    </w:p>
    <w:p w14:paraId="081CADD6" w14:textId="4BE6A0F4" w:rsidR="00691AEF" w:rsidRDefault="00000000">
      <w:pPr>
        <w:spacing w:after="40"/>
        <w:rPr>
          <w:i/>
        </w:rPr>
      </w:pPr>
      <w:r>
        <w:rPr>
          <w:b/>
        </w:rPr>
        <w:t>4. Convierte a la unidad indicada:</w:t>
      </w:r>
      <w:r>
        <w:rPr>
          <w:i/>
        </w:rPr>
        <w:t xml:space="preserve"> (1,2 puntos)</w:t>
      </w:r>
    </w:p>
    <w:p w14:paraId="76FCB835" w14:textId="77777777" w:rsidR="00322765" w:rsidRDefault="00322765">
      <w:pPr>
        <w:spacing w:after="40"/>
      </w:pPr>
    </w:p>
    <w:p w14:paraId="4F45A9C2" w14:textId="2BE3BDB4" w:rsidR="00691AEF" w:rsidRDefault="00000000">
      <w:r>
        <w:t>98,76 dm² = ..................</w:t>
      </w:r>
      <w:r w:rsidR="00322765">
        <w:t>...........</w:t>
      </w:r>
      <w:r>
        <w:t>.............. cm²</w:t>
      </w:r>
    </w:p>
    <w:p w14:paraId="55CA1EFE" w14:textId="77777777" w:rsidR="00322765" w:rsidRDefault="00322765"/>
    <w:p w14:paraId="3E8E481A" w14:textId="77777777" w:rsidR="00691AEF" w:rsidRDefault="00000000">
      <w:r>
        <w:t>96,13 dm² 263 dam² = ................................ a</w:t>
      </w:r>
    </w:p>
    <w:p w14:paraId="00E19D30" w14:textId="77777777" w:rsidR="00322765" w:rsidRDefault="00322765"/>
    <w:p w14:paraId="7370D200" w14:textId="77777777" w:rsidR="00691AEF" w:rsidRDefault="00000000">
      <w:r>
        <w:t>71,31 ha 27,45 a = ................................ dam²</w:t>
      </w:r>
    </w:p>
    <w:p w14:paraId="4732BF81" w14:textId="77777777" w:rsidR="00322765" w:rsidRDefault="00322765"/>
    <w:p w14:paraId="4A3551EB" w14:textId="77777777" w:rsidR="00691AEF" w:rsidRDefault="00000000">
      <w:pPr>
        <w:spacing w:after="40"/>
      </w:pPr>
      <w:r>
        <w:rPr>
          <w:b/>
        </w:rPr>
        <w:lastRenderedPageBreak/>
        <w:t>5. Problema del barril:</w:t>
      </w:r>
      <w:r>
        <w:rPr>
          <w:i/>
        </w:rPr>
        <w:t xml:space="preserve"> (2 puntos)</w:t>
      </w:r>
    </w:p>
    <w:p w14:paraId="7A949163" w14:textId="77777777" w:rsidR="00691AEF" w:rsidRDefault="00000000">
      <w:r>
        <w:t>Se vierten 75 litros de agua en un barril y se llenan 3/5 de su capacidad.</w:t>
      </w:r>
    </w:p>
    <w:p w14:paraId="309A8E2F" w14:textId="77777777" w:rsidR="00691AEF" w:rsidRDefault="00000000">
      <w:r>
        <w:t>a) Calcula la capacidad del barril en litros.</w:t>
      </w:r>
    </w:p>
    <w:p w14:paraId="344D676F" w14:textId="77777777" w:rsidR="00691AEF" w:rsidRDefault="00000000">
      <w:r>
        <w:t>b) Calcula la cantidad de agua necesaria para llenar completamente el barril.</w:t>
      </w:r>
    </w:p>
    <w:p w14:paraId="7DB6CED2" w14:textId="77777777" w:rsidR="00322765" w:rsidRDefault="00322765">
      <w:pPr>
        <w:spacing w:after="40"/>
      </w:pPr>
    </w:p>
    <w:p w14:paraId="6FE8F2A0" w14:textId="77777777" w:rsidR="00322765" w:rsidRDefault="00322765">
      <w:pPr>
        <w:spacing w:after="40"/>
      </w:pPr>
    </w:p>
    <w:p w14:paraId="58FDF5D0" w14:textId="77777777" w:rsidR="00322765" w:rsidRDefault="00322765">
      <w:pPr>
        <w:spacing w:after="40"/>
      </w:pPr>
    </w:p>
    <w:p w14:paraId="2E126D14" w14:textId="77777777" w:rsidR="00322765" w:rsidRDefault="00322765">
      <w:pPr>
        <w:spacing w:after="40"/>
      </w:pPr>
    </w:p>
    <w:p w14:paraId="627538F0" w14:textId="77777777" w:rsidR="00322765" w:rsidRDefault="00322765">
      <w:pPr>
        <w:spacing w:after="40"/>
      </w:pPr>
    </w:p>
    <w:p w14:paraId="5E0242C1" w14:textId="77777777" w:rsidR="00322765" w:rsidRDefault="00322765">
      <w:pPr>
        <w:spacing w:after="40"/>
      </w:pPr>
    </w:p>
    <w:p w14:paraId="654123A1" w14:textId="77777777" w:rsidR="00322765" w:rsidRDefault="00322765">
      <w:pPr>
        <w:spacing w:after="40"/>
      </w:pPr>
    </w:p>
    <w:p w14:paraId="2C06AE01" w14:textId="77777777" w:rsidR="00322765" w:rsidRDefault="00322765">
      <w:pPr>
        <w:spacing w:after="40"/>
      </w:pPr>
    </w:p>
    <w:p w14:paraId="2B493FAE" w14:textId="77777777" w:rsidR="00322765" w:rsidRDefault="00322765">
      <w:pPr>
        <w:spacing w:after="40"/>
      </w:pPr>
    </w:p>
    <w:p w14:paraId="4F5B006C" w14:textId="77777777" w:rsidR="00322765" w:rsidRDefault="00322765">
      <w:pPr>
        <w:spacing w:after="40"/>
      </w:pPr>
    </w:p>
    <w:p w14:paraId="414550FF" w14:textId="77777777" w:rsidR="00322765" w:rsidRDefault="00322765">
      <w:pPr>
        <w:spacing w:after="40"/>
      </w:pPr>
    </w:p>
    <w:p w14:paraId="2D84AE9D" w14:textId="77777777" w:rsidR="00322765" w:rsidRDefault="00322765">
      <w:pPr>
        <w:spacing w:after="40"/>
      </w:pPr>
    </w:p>
    <w:p w14:paraId="5E9BBFD3" w14:textId="77777777" w:rsidR="00322765" w:rsidRDefault="00322765">
      <w:pPr>
        <w:spacing w:after="40"/>
      </w:pPr>
    </w:p>
    <w:p w14:paraId="5C939DB7" w14:textId="77777777" w:rsidR="00322765" w:rsidRDefault="00322765">
      <w:pPr>
        <w:spacing w:after="40"/>
      </w:pPr>
    </w:p>
    <w:p w14:paraId="43B0EEA6" w14:textId="77777777" w:rsidR="00322765" w:rsidRDefault="00322765">
      <w:pPr>
        <w:spacing w:after="40"/>
      </w:pPr>
    </w:p>
    <w:p w14:paraId="667FEA15" w14:textId="77777777" w:rsidR="00322765" w:rsidRDefault="00322765">
      <w:pPr>
        <w:spacing w:after="40"/>
      </w:pPr>
    </w:p>
    <w:p w14:paraId="5049A6A5" w14:textId="77777777" w:rsidR="00322765" w:rsidRDefault="00322765">
      <w:pPr>
        <w:spacing w:after="40"/>
      </w:pPr>
    </w:p>
    <w:p w14:paraId="4EE7C89F" w14:textId="77777777" w:rsidR="00322765" w:rsidRDefault="00322765">
      <w:pPr>
        <w:spacing w:after="40"/>
      </w:pPr>
    </w:p>
    <w:p w14:paraId="1C8AA3F7" w14:textId="348AE108" w:rsidR="00691AEF" w:rsidRDefault="00000000">
      <w:pPr>
        <w:spacing w:after="40"/>
      </w:pPr>
      <w:r>
        <w:rPr>
          <w:b/>
        </w:rPr>
        <w:t>6. Problema del jardín:</w:t>
      </w:r>
      <w:r>
        <w:rPr>
          <w:i/>
        </w:rPr>
        <w:t xml:space="preserve"> (2 puntos)</w:t>
      </w:r>
    </w:p>
    <w:p w14:paraId="0DC100F1" w14:textId="77777777" w:rsidR="00691AEF" w:rsidRDefault="00000000">
      <w:r>
        <w:t>Un jardín rectangular mide 100 m de largo y 50 m de ancho. En su interior hay una piscina cuadrada de 20 m de lado.</w:t>
      </w:r>
    </w:p>
    <w:p w14:paraId="404DD898" w14:textId="77777777" w:rsidR="00691AEF" w:rsidRDefault="00000000">
      <w:r>
        <w:t>a) Calcula el perímetro del jardín.</w:t>
      </w:r>
    </w:p>
    <w:p w14:paraId="057B1E28" w14:textId="77777777" w:rsidR="00691AEF" w:rsidRDefault="00000000">
      <w:r>
        <w:t>b) Calcula el área del jardín sin la piscina.</w:t>
      </w:r>
    </w:p>
    <w:p w14:paraId="75020208" w14:textId="2D085800" w:rsidR="00691AEF" w:rsidRDefault="00691AEF">
      <w:pPr>
        <w:spacing w:after="0"/>
      </w:pPr>
    </w:p>
    <w:p w14:paraId="0145B14B" w14:textId="77777777" w:rsidR="00322765" w:rsidRDefault="00322765">
      <w:pPr>
        <w:spacing w:after="0"/>
      </w:pPr>
    </w:p>
    <w:sectPr w:rsidR="00322765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2023564">
    <w:abstractNumId w:val="8"/>
  </w:num>
  <w:num w:numId="2" w16cid:durableId="2044161339">
    <w:abstractNumId w:val="6"/>
  </w:num>
  <w:num w:numId="3" w16cid:durableId="1668096673">
    <w:abstractNumId w:val="5"/>
  </w:num>
  <w:num w:numId="4" w16cid:durableId="463037523">
    <w:abstractNumId w:val="4"/>
  </w:num>
  <w:num w:numId="5" w16cid:durableId="151454964">
    <w:abstractNumId w:val="7"/>
  </w:num>
  <w:num w:numId="6" w16cid:durableId="1770739129">
    <w:abstractNumId w:val="3"/>
  </w:num>
  <w:num w:numId="7" w16cid:durableId="1385300927">
    <w:abstractNumId w:val="2"/>
  </w:num>
  <w:num w:numId="8" w16cid:durableId="2003773260">
    <w:abstractNumId w:val="1"/>
  </w:num>
  <w:num w:numId="9" w16cid:durableId="136054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4937"/>
    <w:rsid w:val="0029639D"/>
    <w:rsid w:val="00322765"/>
    <w:rsid w:val="00326F90"/>
    <w:rsid w:val="00691AE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48B27"/>
  <w14:defaultImageDpi w14:val="300"/>
  <w15:docId w15:val="{85EB3986-D611-4170-8D63-78FA63E9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2026-06-29T15:33:00Z</dcterms:modified>
  <cp:category/>
</cp:coreProperties>
</file>