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8B41" w14:textId="77777777" w:rsidR="00D16735" w:rsidRDefault="00000000">
      <w:pPr>
        <w:spacing w:after="60" w:line="252" w:lineRule="auto"/>
        <w:jc w:val="center"/>
      </w:pPr>
      <w:r>
        <w:rPr>
          <w:b/>
          <w:color w:val="1F4E79"/>
          <w:sz w:val="32"/>
        </w:rPr>
        <w:t>Control escrito vigilado — Matemáticas</w:t>
      </w:r>
    </w:p>
    <w:p w14:paraId="1FA943B6" w14:textId="77777777" w:rsidR="00D16735" w:rsidRDefault="00000000">
      <w:pPr>
        <w:spacing w:after="60" w:line="252" w:lineRule="auto"/>
        <w:jc w:val="center"/>
        <w:rPr>
          <w:b/>
          <w:sz w:val="22"/>
        </w:rPr>
      </w:pPr>
      <w:r>
        <w:rPr>
          <w:b/>
          <w:sz w:val="22"/>
        </w:rPr>
        <w:t>6.º de Educación Primaria — Primera etapa</w:t>
      </w:r>
    </w:p>
    <w:p w14:paraId="4B6FC784" w14:textId="2E2D3442" w:rsidR="00916066" w:rsidRPr="00916066" w:rsidRDefault="00916066" w:rsidP="00916066">
      <w:pPr>
        <w:spacing w:after="60" w:line="252" w:lineRule="auto"/>
        <w:jc w:val="center"/>
      </w:pPr>
      <w:r w:rsidRPr="00916066">
        <w:rPr>
          <w:b/>
        </w:rPr>
        <w:t>Control 1 — Modelo 1</w:t>
      </w:r>
      <w:r>
        <w:rPr>
          <w:b/>
        </w:rPr>
        <w:t>2</w:t>
      </w:r>
    </w:p>
    <w:p w14:paraId="6591E6C2" w14:textId="77777777" w:rsidR="00916066" w:rsidRDefault="00916066">
      <w:pPr>
        <w:spacing w:after="60" w:line="252" w:lineRule="auto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</w:tblGrid>
      <w:tr w:rsidR="00D16735" w14:paraId="6821A141" w14:textId="77777777">
        <w:trPr>
          <w:jc w:val="center"/>
        </w:trPr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3B9763C6" w14:textId="77777777" w:rsidR="00D16735" w:rsidRDefault="00000000">
            <w:r>
              <w:rPr>
                <w:sz w:val="17"/>
              </w:rPr>
              <w:t>Centro: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39DB87C9" w14:textId="77777777" w:rsidR="00D16735" w:rsidRDefault="00000000">
            <w:r>
              <w:rPr>
                <w:sz w:val="17"/>
              </w:rPr>
              <w:t>....................................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35F4F03A" w14:textId="77777777" w:rsidR="00D16735" w:rsidRDefault="00000000">
            <w:r>
              <w:rPr>
                <w:sz w:val="17"/>
              </w:rPr>
              <w:t>Materia: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10B0C27B" w14:textId="77777777" w:rsidR="00D16735" w:rsidRDefault="00000000">
            <w:r>
              <w:rPr>
                <w:sz w:val="17"/>
              </w:rPr>
              <w:t>Matemáticas</w:t>
            </w:r>
          </w:p>
        </w:tc>
      </w:tr>
      <w:tr w:rsidR="00D16735" w14:paraId="2975E97F" w14:textId="77777777">
        <w:trPr>
          <w:jc w:val="center"/>
        </w:trPr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6D3419C5" w14:textId="77777777" w:rsidR="00D16735" w:rsidRDefault="00000000">
            <w:r>
              <w:rPr>
                <w:sz w:val="17"/>
              </w:rPr>
              <w:t>Unidad escolar: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02CD8EA2" w14:textId="77777777" w:rsidR="00D16735" w:rsidRDefault="00000000">
            <w:r>
              <w:rPr>
                <w:sz w:val="17"/>
              </w:rPr>
              <w:t>....................................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22E59E44" w14:textId="77777777" w:rsidR="00D16735" w:rsidRDefault="00000000">
            <w:r>
              <w:rPr>
                <w:sz w:val="17"/>
              </w:rPr>
              <w:t>Curso: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5DF56022" w14:textId="77777777" w:rsidR="00D16735" w:rsidRDefault="00000000">
            <w:r>
              <w:rPr>
                <w:sz w:val="17"/>
              </w:rPr>
              <w:t>2017-2018</w:t>
            </w:r>
          </w:p>
        </w:tc>
      </w:tr>
      <w:tr w:rsidR="00D16735" w14:paraId="0854D046" w14:textId="77777777">
        <w:trPr>
          <w:jc w:val="center"/>
        </w:trPr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2B8B6B41" w14:textId="77777777" w:rsidR="00D16735" w:rsidRDefault="00000000">
            <w:r>
              <w:rPr>
                <w:sz w:val="17"/>
              </w:rPr>
              <w:t>Nivel: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1E9E6658" w14:textId="77777777" w:rsidR="00D16735" w:rsidRDefault="00000000">
            <w:r>
              <w:rPr>
                <w:sz w:val="17"/>
              </w:rPr>
              <w:t>6.º de Educación Primaria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3DC90D9E" w14:textId="77777777" w:rsidR="00D16735" w:rsidRDefault="00000000">
            <w:r>
              <w:rPr>
                <w:sz w:val="17"/>
              </w:rPr>
              <w:t>Profesor/a: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651C4375" w14:textId="77777777" w:rsidR="00D16735" w:rsidRDefault="00000000">
            <w:r>
              <w:rPr>
                <w:sz w:val="17"/>
              </w:rPr>
              <w:t>....................................</w:t>
            </w:r>
          </w:p>
        </w:tc>
      </w:tr>
      <w:tr w:rsidR="00D16735" w14:paraId="27F424D9" w14:textId="77777777">
        <w:trPr>
          <w:jc w:val="center"/>
        </w:trPr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38C6CF11" w14:textId="77777777" w:rsidR="00D16735" w:rsidRDefault="00000000">
            <w:r>
              <w:rPr>
                <w:sz w:val="17"/>
              </w:rPr>
              <w:t>Nombre: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3E029D83" w14:textId="77777777" w:rsidR="00D16735" w:rsidRDefault="00000000">
            <w:r>
              <w:rPr>
                <w:sz w:val="17"/>
              </w:rPr>
              <w:t>....................................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0561785F" w14:textId="77777777" w:rsidR="00D16735" w:rsidRDefault="00000000">
            <w:r>
              <w:rPr>
                <w:sz w:val="17"/>
              </w:rPr>
              <w:t>Apellidos: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07537675" w14:textId="77777777" w:rsidR="00D16735" w:rsidRDefault="00000000">
            <w:r>
              <w:rPr>
                <w:sz w:val="17"/>
              </w:rPr>
              <w:t>....................................</w:t>
            </w:r>
          </w:p>
        </w:tc>
      </w:tr>
      <w:tr w:rsidR="00D16735" w14:paraId="02F23BD0" w14:textId="77777777">
        <w:trPr>
          <w:jc w:val="center"/>
        </w:trPr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5C36511A" w14:textId="77777777" w:rsidR="00D16735" w:rsidRDefault="00000000">
            <w:r>
              <w:rPr>
                <w:sz w:val="17"/>
              </w:rPr>
              <w:t>Valoración: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2AD23C19" w14:textId="77777777" w:rsidR="00D16735" w:rsidRDefault="00000000">
            <w:r>
              <w:rPr>
                <w:sz w:val="17"/>
              </w:rPr>
              <w:t>☐ Controlado   ☐ Control medio   ☐ Control débil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5E5842E7" w14:textId="77777777" w:rsidR="00D16735" w:rsidRDefault="00000000">
            <w:r>
              <w:rPr>
                <w:sz w:val="17"/>
              </w:rPr>
              <w:t>Nota:</w:t>
            </w:r>
          </w:p>
        </w:tc>
        <w:tc>
          <w:tcPr>
            <w:tcW w:w="26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</w:tcPr>
          <w:p w14:paraId="7B0B7E1E" w14:textId="77777777" w:rsidR="00D16735" w:rsidRDefault="00000000">
            <w:r>
              <w:rPr>
                <w:sz w:val="17"/>
              </w:rPr>
              <w:t>____ / 10</w:t>
            </w:r>
          </w:p>
        </w:tc>
      </w:tr>
    </w:tbl>
    <w:p w14:paraId="21ED583B" w14:textId="77777777" w:rsidR="00D16735" w:rsidRDefault="00D16735">
      <w:pPr>
        <w:spacing w:after="60" w:line="252" w:lineRule="auto"/>
      </w:pPr>
    </w:p>
    <w:p w14:paraId="295E95B8" w14:textId="77777777" w:rsidR="00D16735" w:rsidRDefault="00000000">
      <w:pPr>
        <w:spacing w:after="60" w:line="252" w:lineRule="auto"/>
      </w:pPr>
      <w:r>
        <w:rPr>
          <w:b/>
          <w:color w:val="C00000"/>
          <w:sz w:val="26"/>
        </w:rPr>
        <w:t>Actividades numéricas</w:t>
      </w:r>
    </w:p>
    <w:p w14:paraId="2CA28CDC" w14:textId="77777777" w:rsidR="00D16735" w:rsidRDefault="00000000">
      <w:pPr>
        <w:spacing w:after="60" w:line="252" w:lineRule="auto"/>
      </w:pPr>
      <w:r>
        <w:rPr>
          <w:b/>
        </w:rPr>
        <w:t xml:space="preserve">1. Escribe con cifras o con letras los números siguientes: </w:t>
      </w:r>
      <w:r>
        <w:rPr>
          <w:sz w:val="18"/>
        </w:rPr>
        <w:t>(2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4373"/>
        <w:gridCol w:w="3107"/>
      </w:tblGrid>
      <w:tr w:rsidR="00D16735" w14:paraId="2487E241" w14:textId="77777777">
        <w:trPr>
          <w:jc w:val="center"/>
        </w:trPr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302A5AA" w14:textId="77777777" w:rsidR="00D16735" w:rsidRDefault="00000000">
            <w:r>
              <w:rPr>
                <w:sz w:val="17"/>
              </w:rPr>
              <w:t>346589703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79A717B" w14:textId="77777777" w:rsidR="00D16735" w:rsidRDefault="00000000">
            <w:r>
              <w:rPr>
                <w:sz w:val="17"/>
              </w:rPr>
              <w:t>........................................................................................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2F2F2"/>
            <w:vAlign w:val="center"/>
          </w:tcPr>
          <w:p w14:paraId="0B0045F1" w14:textId="77777777" w:rsidR="00D16735" w:rsidRDefault="00000000">
            <w:r>
              <w:rPr>
                <w:sz w:val="17"/>
              </w:rPr>
              <w:t>0,5 punto</w:t>
            </w:r>
          </w:p>
        </w:tc>
      </w:tr>
      <w:tr w:rsidR="00D16735" w14:paraId="1F772D86" w14:textId="77777777">
        <w:trPr>
          <w:jc w:val="center"/>
        </w:trPr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BFF97D5" w14:textId="77777777" w:rsidR="00D16735" w:rsidRDefault="00000000">
            <w:r>
              <w:rPr>
                <w:sz w:val="17"/>
              </w:rPr>
              <w:t>Siete mil millones noventa mil quince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7706D0A" w14:textId="77777777" w:rsidR="00D16735" w:rsidRDefault="00000000">
            <w:r>
              <w:rPr>
                <w:sz w:val="17"/>
              </w:rPr>
              <w:t>........................................................................................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2F2F2"/>
            <w:vAlign w:val="center"/>
          </w:tcPr>
          <w:p w14:paraId="5F140E58" w14:textId="77777777" w:rsidR="00D16735" w:rsidRDefault="00000000">
            <w:r>
              <w:rPr>
                <w:sz w:val="17"/>
              </w:rPr>
              <w:t>0,5 punto</w:t>
            </w:r>
          </w:p>
        </w:tc>
      </w:tr>
      <w:tr w:rsidR="00D16735" w14:paraId="44BB8438" w14:textId="77777777">
        <w:trPr>
          <w:jc w:val="center"/>
        </w:trPr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A1A2235" w14:textId="77777777" w:rsidR="00D16735" w:rsidRDefault="00000000">
            <w:r>
              <w:rPr>
                <w:sz w:val="17"/>
              </w:rPr>
              <w:t>Setecientos cinco décimos y tres centésimas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79F0B65" w14:textId="77777777" w:rsidR="00D16735" w:rsidRDefault="00000000">
            <w:r>
              <w:rPr>
                <w:sz w:val="17"/>
              </w:rPr>
              <w:t>........................................................................................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2F2F2"/>
            <w:vAlign w:val="center"/>
          </w:tcPr>
          <w:p w14:paraId="4B84E7C0" w14:textId="77777777" w:rsidR="00D16735" w:rsidRDefault="00000000">
            <w:r>
              <w:rPr>
                <w:sz w:val="17"/>
              </w:rPr>
              <w:t>0,5 punto</w:t>
            </w:r>
          </w:p>
        </w:tc>
      </w:tr>
      <w:tr w:rsidR="00D16735" w14:paraId="452BB2AF" w14:textId="77777777">
        <w:trPr>
          <w:jc w:val="center"/>
        </w:trPr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8CC3F85" w14:textId="77777777" w:rsidR="00D16735" w:rsidRDefault="00000000">
            <w:r>
              <w:rPr>
                <w:sz w:val="17"/>
              </w:rPr>
              <w:t>105.409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EADAFB9" w14:textId="77777777" w:rsidR="00D16735" w:rsidRDefault="00000000">
            <w:r>
              <w:rPr>
                <w:sz w:val="17"/>
              </w:rPr>
              <w:t>........................................................................................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2F2F2"/>
            <w:vAlign w:val="center"/>
          </w:tcPr>
          <w:p w14:paraId="683B4750" w14:textId="77777777" w:rsidR="00D16735" w:rsidRDefault="00000000">
            <w:r>
              <w:rPr>
                <w:sz w:val="17"/>
              </w:rPr>
              <w:t>0,5 punto</w:t>
            </w:r>
          </w:p>
        </w:tc>
      </w:tr>
    </w:tbl>
    <w:p w14:paraId="3872CF9F" w14:textId="77777777" w:rsidR="00D16735" w:rsidRDefault="00000000">
      <w:pPr>
        <w:spacing w:after="60" w:line="252" w:lineRule="auto"/>
      </w:pPr>
      <w:r>
        <w:rPr>
          <w:b/>
        </w:rPr>
        <w:t xml:space="preserve">2. Coloca y calcula las operaciones siguientes: </w:t>
      </w:r>
      <w:r>
        <w:rPr>
          <w:sz w:val="18"/>
        </w:rPr>
        <w:t>(3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77"/>
        <w:gridCol w:w="3477"/>
        <w:gridCol w:w="3477"/>
      </w:tblGrid>
      <w:tr w:rsidR="00D16735" w14:paraId="7D2306F9" w14:textId="77777777">
        <w:trPr>
          <w:jc w:val="center"/>
        </w:trPr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2F2F2"/>
            <w:vAlign w:val="center"/>
          </w:tcPr>
          <w:p w14:paraId="2793DDC1" w14:textId="77777777" w:rsidR="00D16735" w:rsidRDefault="00000000">
            <w:r>
              <w:rPr>
                <w:sz w:val="18"/>
              </w:rPr>
              <w:t>7965342 + 3246789 =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2F2F2"/>
            <w:vAlign w:val="center"/>
          </w:tcPr>
          <w:p w14:paraId="6EAF0A87" w14:textId="77777777" w:rsidR="00D16735" w:rsidRDefault="00000000">
            <w:r>
              <w:rPr>
                <w:sz w:val="18"/>
              </w:rPr>
              <w:t>8031,348 − 694,325 =</w:t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2F2F2"/>
            <w:vAlign w:val="center"/>
          </w:tcPr>
          <w:p w14:paraId="4C33DFF1" w14:textId="77777777" w:rsidR="00D16735" w:rsidRDefault="00000000">
            <w:r>
              <w:rPr>
                <w:sz w:val="18"/>
              </w:rPr>
              <w:t>2468976 × 87 =</w:t>
            </w:r>
          </w:p>
        </w:tc>
      </w:tr>
      <w:tr w:rsidR="00D16735" w14:paraId="713B201C" w14:textId="77777777">
        <w:trPr>
          <w:jc w:val="center"/>
        </w:trPr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3CF8A46" w14:textId="77777777" w:rsidR="00D16735" w:rsidRDefault="00000000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BF8772D" w14:textId="77777777" w:rsidR="00D16735" w:rsidRDefault="00000000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  <w:tc>
          <w:tcPr>
            <w:tcW w:w="3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600A15C" w14:textId="77777777" w:rsidR="00D16735" w:rsidRDefault="00000000"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</w:tc>
      </w:tr>
    </w:tbl>
    <w:p w14:paraId="044BBC46" w14:textId="77777777" w:rsidR="00D16735" w:rsidRDefault="00000000">
      <w:pPr>
        <w:spacing w:after="60" w:line="252" w:lineRule="auto"/>
      </w:pPr>
      <w:r>
        <w:rPr>
          <w:b/>
        </w:rPr>
        <w:t xml:space="preserve">3. Coloca y realiza las divisiones siguientes y completa las igualdades: </w:t>
      </w:r>
      <w:r>
        <w:rPr>
          <w:sz w:val="18"/>
        </w:rPr>
        <w:t>(2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6"/>
        <w:gridCol w:w="5216"/>
      </w:tblGrid>
      <w:tr w:rsidR="00D16735" w14:paraId="4032EBA9" w14:textId="77777777">
        <w:trPr>
          <w:jc w:val="center"/>
        </w:trPr>
        <w:tc>
          <w:tcPr>
            <w:tcW w:w="5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88284B2" w14:textId="77777777" w:rsidR="00D16735" w:rsidRDefault="00000000">
            <w:r>
              <w:rPr>
                <w:sz w:val="18"/>
              </w:rPr>
              <w:t>3434 ÷ 21 =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3434 = (……………… × ………………) + ………………</w:t>
            </w:r>
          </w:p>
        </w:tc>
        <w:tc>
          <w:tcPr>
            <w:tcW w:w="5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2299480" w14:textId="77777777" w:rsidR="00D16735" w:rsidRDefault="00000000">
            <w:r>
              <w:rPr>
                <w:sz w:val="18"/>
              </w:rPr>
              <w:t>915 ÷ 37 =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915 = (……………… × ………………) + ………………</w:t>
            </w:r>
          </w:p>
        </w:tc>
      </w:tr>
      <w:tr w:rsidR="00D16735" w14:paraId="17658FF3" w14:textId="77777777">
        <w:trPr>
          <w:jc w:val="center"/>
        </w:trPr>
        <w:tc>
          <w:tcPr>
            <w:tcW w:w="5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C87814A" w14:textId="77777777" w:rsidR="00D16735" w:rsidRDefault="00D16735"/>
        </w:tc>
        <w:tc>
          <w:tcPr>
            <w:tcW w:w="52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577FE59" w14:textId="77777777" w:rsidR="00D16735" w:rsidRDefault="00D16735"/>
        </w:tc>
      </w:tr>
    </w:tbl>
    <w:p w14:paraId="2E501B3F" w14:textId="77777777" w:rsidR="00D16735" w:rsidRDefault="00000000">
      <w:pPr>
        <w:spacing w:after="60" w:line="252" w:lineRule="auto"/>
      </w:pPr>
      <w:r>
        <w:rPr>
          <w:b/>
        </w:rPr>
        <w:t xml:space="preserve">4. Problema: </w:t>
      </w:r>
      <w:r>
        <w:t xml:space="preserve">La suma de tres números enteros naturales consecutivos es 96. ¿Cuáles son esos números? </w:t>
      </w:r>
      <w:r>
        <w:rPr>
          <w:sz w:val="18"/>
        </w:rPr>
        <w:t>(3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2"/>
      </w:tblGrid>
      <w:tr w:rsidR="00D16735" w14:paraId="62911A1A" w14:textId="77777777">
        <w:trPr>
          <w:trHeight w:hRule="exact" w:val="1134"/>
          <w:jc w:val="center"/>
        </w:trPr>
        <w:tc>
          <w:tcPr>
            <w:tcW w:w="10432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vAlign w:val="center"/>
          </w:tcPr>
          <w:p w14:paraId="5231FBAE" w14:textId="77777777" w:rsidR="00D16735" w:rsidRDefault="00D16735"/>
        </w:tc>
      </w:tr>
    </w:tbl>
    <w:p w14:paraId="73A333C1" w14:textId="77777777" w:rsidR="00D16735" w:rsidRDefault="00000000">
      <w:pPr>
        <w:spacing w:after="60" w:line="252" w:lineRule="auto"/>
      </w:pPr>
      <w:r>
        <w:br w:type="page"/>
      </w:r>
    </w:p>
    <w:p w14:paraId="57056AEC" w14:textId="77777777" w:rsidR="00D16735" w:rsidRDefault="00000000">
      <w:pPr>
        <w:spacing w:after="60" w:line="252" w:lineRule="auto"/>
        <w:jc w:val="center"/>
      </w:pPr>
      <w:r>
        <w:rPr>
          <w:b/>
          <w:color w:val="1F4E79"/>
          <w:sz w:val="28"/>
        </w:rPr>
        <w:lastRenderedPageBreak/>
        <w:t>Actividades de geometría y medida</w:t>
      </w:r>
    </w:p>
    <w:p w14:paraId="05E3CAA9" w14:textId="77777777" w:rsidR="00D16735" w:rsidRDefault="00000000">
      <w:pPr>
        <w:spacing w:after="60" w:line="252" w:lineRule="auto"/>
        <w:jc w:val="center"/>
      </w:pPr>
      <w:r>
        <w:rPr>
          <w:sz w:val="18"/>
        </w:rPr>
        <w:t>Valoración: ☐ Controlado   ☐ Control medio   ☐ Control débil        Nota: ____ / 10</w:t>
      </w:r>
    </w:p>
    <w:p w14:paraId="0EE27097" w14:textId="77777777" w:rsidR="00D16735" w:rsidRDefault="00000000">
      <w:pPr>
        <w:spacing w:after="60" w:line="252" w:lineRule="auto"/>
      </w:pPr>
      <w:r>
        <w:rPr>
          <w:b/>
        </w:rPr>
        <w:t xml:space="preserve">1. Construye el ángulo [AÔB] de medida 70°, y después dibuja [OI), su bisectriz. </w:t>
      </w:r>
      <w:r>
        <w:rPr>
          <w:sz w:val="18"/>
        </w:rPr>
        <w:t>(3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2"/>
      </w:tblGrid>
      <w:tr w:rsidR="00D16735" w14:paraId="24BB21B4" w14:textId="77777777">
        <w:trPr>
          <w:trHeight w:hRule="exact" w:val="2268"/>
          <w:jc w:val="center"/>
        </w:trPr>
        <w:tc>
          <w:tcPr>
            <w:tcW w:w="10432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vAlign w:val="center"/>
          </w:tcPr>
          <w:p w14:paraId="2006175E" w14:textId="77777777" w:rsidR="00D16735" w:rsidRDefault="00D16735"/>
        </w:tc>
      </w:tr>
    </w:tbl>
    <w:p w14:paraId="3A08C4D7" w14:textId="77777777" w:rsidR="00D16735" w:rsidRDefault="00000000">
      <w:pPr>
        <w:spacing w:after="60" w:line="252" w:lineRule="auto"/>
      </w:pPr>
      <w:r>
        <w:rPr>
          <w:b/>
        </w:rPr>
        <w:t xml:space="preserve">2. Construye un rombo (ABCD) cuya diagonal mayor mida 4 cm y cuya diagonal menor mida 2 cm. </w:t>
      </w:r>
      <w:r>
        <w:rPr>
          <w:sz w:val="18"/>
        </w:rPr>
        <w:t>(2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2"/>
      </w:tblGrid>
      <w:tr w:rsidR="00D16735" w14:paraId="71B1BAD1" w14:textId="77777777">
        <w:trPr>
          <w:trHeight w:hRule="exact" w:val="2268"/>
          <w:jc w:val="center"/>
        </w:trPr>
        <w:tc>
          <w:tcPr>
            <w:tcW w:w="10432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vAlign w:val="center"/>
          </w:tcPr>
          <w:p w14:paraId="7D744CC2" w14:textId="77777777" w:rsidR="00D16735" w:rsidRDefault="00D16735"/>
        </w:tc>
      </w:tr>
    </w:tbl>
    <w:p w14:paraId="4A58C602" w14:textId="77777777" w:rsidR="00D16735" w:rsidRDefault="00000000">
      <w:pPr>
        <w:spacing w:after="60" w:line="252" w:lineRule="auto"/>
      </w:pPr>
      <w:r>
        <w:rPr>
          <w:b/>
        </w:rPr>
        <w:t xml:space="preserve">3. Convierte según la unidad indicada: </w:t>
      </w:r>
      <w:r>
        <w:rPr>
          <w:sz w:val="18"/>
        </w:rPr>
        <w:t>(2 puntos)</w:t>
      </w:r>
    </w:p>
    <w:p w14:paraId="4AB10BB9" w14:textId="77777777" w:rsidR="00D16735" w:rsidRDefault="00000000">
      <w:pPr>
        <w:spacing w:after="60" w:line="252" w:lineRule="auto"/>
      </w:pPr>
      <w:r>
        <w:rPr>
          <w:sz w:val="22"/>
        </w:rPr>
        <w:t>10,13 hg  4,5 dag = ................................ kg</w:t>
      </w:r>
    </w:p>
    <w:p w14:paraId="051B9F9D" w14:textId="77777777" w:rsidR="00D16735" w:rsidRDefault="00000000">
      <w:pPr>
        <w:spacing w:after="60" w:line="252" w:lineRule="auto"/>
      </w:pPr>
      <w:r>
        <w:rPr>
          <w:sz w:val="22"/>
        </w:rPr>
        <w:t>3,09 dm  7834 cm = ................................ m</w:t>
      </w:r>
    </w:p>
    <w:p w14:paraId="0FC6F0A0" w14:textId="77777777" w:rsidR="00D16735" w:rsidRDefault="00000000">
      <w:pPr>
        <w:spacing w:after="60" w:line="252" w:lineRule="auto"/>
      </w:pPr>
      <w:r>
        <w:rPr>
          <w:b/>
        </w:rPr>
        <w:t xml:space="preserve">4. Problema: </w:t>
      </w:r>
      <w:r>
        <w:t xml:space="preserve">Dibuja dos rectas paralelas (K) y (F). Dibuja la recta (D) perpendicular a (F). ¿Qué concluyes? </w:t>
      </w:r>
      <w:r>
        <w:rPr>
          <w:sz w:val="18"/>
        </w:rPr>
        <w:t>(3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2"/>
      </w:tblGrid>
      <w:tr w:rsidR="00D16735" w14:paraId="3EA92A89" w14:textId="77777777">
        <w:trPr>
          <w:trHeight w:hRule="exact" w:val="2551"/>
          <w:jc w:val="center"/>
        </w:trPr>
        <w:tc>
          <w:tcPr>
            <w:tcW w:w="10432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vAlign w:val="center"/>
          </w:tcPr>
          <w:p w14:paraId="5E09F281" w14:textId="77777777" w:rsidR="00D16735" w:rsidRDefault="00D16735"/>
        </w:tc>
      </w:tr>
    </w:tbl>
    <w:p w14:paraId="7AD1A448" w14:textId="77777777" w:rsidR="004A16B4" w:rsidRDefault="004A16B4"/>
    <w:sectPr w:rsidR="004A16B4" w:rsidSect="00034616">
      <w:pgSz w:w="11906" w:h="16838"/>
      <w:pgMar w:top="680" w:right="737" w:bottom="68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4522562">
    <w:abstractNumId w:val="8"/>
  </w:num>
  <w:num w:numId="2" w16cid:durableId="599339764">
    <w:abstractNumId w:val="6"/>
  </w:num>
  <w:num w:numId="3" w16cid:durableId="990711810">
    <w:abstractNumId w:val="5"/>
  </w:num>
  <w:num w:numId="4" w16cid:durableId="914246868">
    <w:abstractNumId w:val="4"/>
  </w:num>
  <w:num w:numId="5" w16cid:durableId="1774669956">
    <w:abstractNumId w:val="7"/>
  </w:num>
  <w:num w:numId="6" w16cid:durableId="399787962">
    <w:abstractNumId w:val="3"/>
  </w:num>
  <w:num w:numId="7" w16cid:durableId="1845319698">
    <w:abstractNumId w:val="2"/>
  </w:num>
  <w:num w:numId="8" w16cid:durableId="1994064311">
    <w:abstractNumId w:val="1"/>
  </w:num>
  <w:num w:numId="9" w16cid:durableId="112350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5A36"/>
    <w:rsid w:val="004A16B4"/>
    <w:rsid w:val="00916066"/>
    <w:rsid w:val="00AA1D8D"/>
    <w:rsid w:val="00B47730"/>
    <w:rsid w:val="00CB0664"/>
    <w:rsid w:val="00D167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CFF58"/>
  <w14:defaultImageDpi w14:val="300"/>
  <w15:docId w15:val="{A54E1E94-4ECE-4DBE-ADD8-5ED57FE4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2026-06-29T09:53:00Z</dcterms:modified>
  <cp:category/>
</cp:coreProperties>
</file>