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79C6" w14:textId="77777777" w:rsidR="002B61C8" w:rsidRDefault="00000000">
      <w:pPr>
        <w:jc w:val="center"/>
      </w:pPr>
      <w:r>
        <w:rPr>
          <w:b/>
          <w:sz w:val="30"/>
        </w:rPr>
        <w:t>Matemáticas — 6.º Primaria</w:t>
      </w:r>
    </w:p>
    <w:p w14:paraId="74588422" w14:textId="77777777" w:rsidR="002B61C8" w:rsidRDefault="00000000">
      <w:pPr>
        <w:jc w:val="center"/>
      </w:pPr>
      <w:r>
        <w:rPr>
          <w:b/>
          <w:sz w:val="24"/>
        </w:rPr>
        <w:t>Control continuo — Primer semestre — Modelo 10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2B61C8" w14:paraId="6501BD30" w14:textId="77777777">
        <w:trPr>
          <w:jc w:val="center"/>
        </w:trPr>
        <w:tc>
          <w:tcPr>
            <w:tcW w:w="2635" w:type="dxa"/>
            <w:shd w:val="clear" w:color="auto" w:fill="D9EAF7"/>
            <w:vAlign w:val="center"/>
          </w:tcPr>
          <w:p w14:paraId="02D1F914" w14:textId="77777777" w:rsidR="002B61C8" w:rsidRDefault="00000000">
            <w:pPr>
              <w:jc w:val="center"/>
            </w:pPr>
            <w:r>
              <w:rPr>
                <w:b/>
                <w:sz w:val="18"/>
              </w:rPr>
              <w:t>Nombre y apellidos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4C4D16F5" w14:textId="77777777" w:rsidR="002B61C8" w:rsidRDefault="00000000">
            <w:pPr>
              <w:jc w:val="center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447692AB" w14:textId="77777777" w:rsidR="002B61C8" w:rsidRDefault="00000000">
            <w:pPr>
              <w:jc w:val="center"/>
            </w:pPr>
            <w:r>
              <w:rPr>
                <w:b/>
                <w:sz w:val="18"/>
              </w:rPr>
              <w:t>Grupo</w:t>
            </w:r>
          </w:p>
        </w:tc>
        <w:tc>
          <w:tcPr>
            <w:tcW w:w="2635" w:type="dxa"/>
            <w:shd w:val="clear" w:color="auto" w:fill="D9EAF7"/>
            <w:vAlign w:val="center"/>
          </w:tcPr>
          <w:p w14:paraId="13E5768D" w14:textId="77777777" w:rsidR="002B61C8" w:rsidRDefault="00000000">
            <w:pPr>
              <w:jc w:val="center"/>
            </w:pPr>
            <w:r>
              <w:rPr>
                <w:b/>
                <w:sz w:val="18"/>
              </w:rPr>
              <w:t>Nota /20</w:t>
            </w:r>
          </w:p>
        </w:tc>
      </w:tr>
      <w:tr w:rsidR="002B61C8" w14:paraId="1FC06FA0" w14:textId="77777777">
        <w:trPr>
          <w:jc w:val="center"/>
        </w:trPr>
        <w:tc>
          <w:tcPr>
            <w:tcW w:w="2635" w:type="dxa"/>
            <w:vAlign w:val="center"/>
          </w:tcPr>
          <w:p w14:paraId="0EC3BC99" w14:textId="77777777" w:rsidR="002B61C8" w:rsidRDefault="002B61C8">
            <w:pPr>
              <w:jc w:val="center"/>
            </w:pPr>
          </w:p>
        </w:tc>
        <w:tc>
          <w:tcPr>
            <w:tcW w:w="2635" w:type="dxa"/>
            <w:vAlign w:val="center"/>
          </w:tcPr>
          <w:p w14:paraId="0626EB1D" w14:textId="77777777" w:rsidR="002B61C8" w:rsidRDefault="002B61C8">
            <w:pPr>
              <w:jc w:val="center"/>
            </w:pPr>
          </w:p>
        </w:tc>
        <w:tc>
          <w:tcPr>
            <w:tcW w:w="2635" w:type="dxa"/>
            <w:vAlign w:val="center"/>
          </w:tcPr>
          <w:p w14:paraId="1E166D7C" w14:textId="77777777" w:rsidR="002B61C8" w:rsidRDefault="002B61C8">
            <w:pPr>
              <w:jc w:val="center"/>
            </w:pPr>
          </w:p>
        </w:tc>
        <w:tc>
          <w:tcPr>
            <w:tcW w:w="2635" w:type="dxa"/>
            <w:vAlign w:val="center"/>
          </w:tcPr>
          <w:p w14:paraId="5D72FF7E" w14:textId="77777777" w:rsidR="002B61C8" w:rsidRDefault="002B61C8">
            <w:pPr>
              <w:jc w:val="center"/>
            </w:pPr>
          </w:p>
        </w:tc>
      </w:tr>
    </w:tbl>
    <w:p w14:paraId="3487015A" w14:textId="77777777" w:rsidR="002B61C8" w:rsidRDefault="00000000">
      <w:r>
        <w:rPr>
          <w:b/>
          <w:sz w:val="24"/>
        </w:rPr>
        <w:t>1. Coloca y calcula:</w:t>
      </w:r>
    </w:p>
    <w:p w14:paraId="3A4BA453" w14:textId="77777777" w:rsidR="002B61C8" w:rsidRDefault="00000000">
      <w:pPr>
        <w:spacing w:after="40"/>
      </w:pPr>
      <w:r>
        <w:t>237,89 + 0,58 + 1342 = ................................................</w:t>
      </w:r>
    </w:p>
    <w:p w14:paraId="02EBDAB3" w14:textId="77777777" w:rsidR="002B61C8" w:rsidRDefault="00000000">
      <w:pPr>
        <w:spacing w:after="40"/>
      </w:pPr>
      <w:r>
        <w:t>78 − 68,07 = ................................................</w:t>
      </w:r>
    </w:p>
    <w:p w14:paraId="2D31B0A3" w14:textId="77777777" w:rsidR="002B61C8" w:rsidRDefault="00000000">
      <w:pPr>
        <w:spacing w:after="40"/>
      </w:pPr>
      <w:r>
        <w:t>32,9 × 7,6 = ................................................</w:t>
      </w:r>
    </w:p>
    <w:p w14:paraId="66522C1D" w14:textId="77777777" w:rsidR="002B61C8" w:rsidRDefault="00000000">
      <w:r>
        <w:rPr>
          <w:b/>
          <w:sz w:val="24"/>
        </w:rPr>
        <w:t>2. Escribe con cifras y con letras los números siguientes:</w:t>
      </w:r>
    </w:p>
    <w:p w14:paraId="79734FA4" w14:textId="77777777" w:rsidR="002B61C8" w:rsidRDefault="00000000">
      <w:pPr>
        <w:spacing w:after="40"/>
      </w:pPr>
      <w:r>
        <w:t>a) Cuatro mil millones seiscientos setenta y cinco mil doce:</w:t>
      </w:r>
    </w:p>
    <w:p w14:paraId="57C33120" w14:textId="77777777" w:rsidR="002B61C8" w:rsidRDefault="00000000">
      <w:pPr>
        <w:spacing w:after="40"/>
      </w:pPr>
      <w:r>
        <w:t xml:space="preserve">   ................................................................................................................</w:t>
      </w:r>
    </w:p>
    <w:p w14:paraId="76407DDA" w14:textId="77777777" w:rsidR="002B61C8" w:rsidRDefault="00000000">
      <w:pPr>
        <w:spacing w:after="40"/>
      </w:pPr>
      <w:r>
        <w:t>b) 67 672 003:</w:t>
      </w:r>
    </w:p>
    <w:p w14:paraId="2328FD3F" w14:textId="77777777" w:rsidR="002B61C8" w:rsidRDefault="00000000">
      <w:pPr>
        <w:spacing w:after="40"/>
      </w:pPr>
      <w:r>
        <w:t xml:space="preserve">   ................................................................................................................</w:t>
      </w:r>
    </w:p>
    <w:p w14:paraId="768826D6" w14:textId="77777777" w:rsidR="002B61C8" w:rsidRDefault="00000000">
      <w:pPr>
        <w:spacing w:after="40"/>
      </w:pPr>
      <w:r>
        <w:t>c) ¿Cuál es el número de centenas de millar en el número anterior?</w:t>
      </w:r>
    </w:p>
    <w:p w14:paraId="6046CE7C" w14:textId="77777777" w:rsidR="002B61C8" w:rsidRDefault="00000000">
      <w:pPr>
        <w:spacing w:after="40"/>
      </w:pPr>
      <w:r>
        <w:t xml:space="preserve">   ................................................................................................................</w:t>
      </w:r>
    </w:p>
    <w:p w14:paraId="176C56DF" w14:textId="77777777" w:rsidR="002B61C8" w:rsidRDefault="00000000">
      <w:r>
        <w:rPr>
          <w:b/>
          <w:sz w:val="24"/>
        </w:rPr>
        <w:t>3. Da la escritura decimal de las fracciones siguientes:</w:t>
      </w:r>
    </w:p>
    <w:p w14:paraId="324D6B1A" w14:textId="77777777" w:rsidR="002B61C8" w:rsidRDefault="00000000">
      <w:pPr>
        <w:spacing w:after="40"/>
      </w:pPr>
      <w:r>
        <w:t>327/10 = ....................        52/1000 = ....................        4679/100 = ....................</w:t>
      </w:r>
    </w:p>
    <w:p w14:paraId="5F127FDD" w14:textId="77777777" w:rsidR="002B61C8" w:rsidRDefault="00000000">
      <w:r>
        <w:rPr>
          <w:b/>
          <w:sz w:val="24"/>
        </w:rPr>
        <w:t>4. Ordena los números siguientes de forma creciente:</w:t>
      </w:r>
    </w:p>
    <w:p w14:paraId="63C01CB2" w14:textId="77777777" w:rsidR="002B61C8" w:rsidRDefault="00000000">
      <w:pPr>
        <w:spacing w:after="40"/>
      </w:pPr>
      <w:r>
        <w:t>1,01 ; 11,11 ; 11,101 ; 11,1 ; 11,001</w:t>
      </w:r>
    </w:p>
    <w:p w14:paraId="5C19C994" w14:textId="77777777" w:rsidR="002B61C8" w:rsidRDefault="00000000">
      <w:pPr>
        <w:spacing w:after="40"/>
      </w:pPr>
      <w:r>
        <w:t>................................................................................................................</w:t>
      </w:r>
    </w:p>
    <w:p w14:paraId="645728B3" w14:textId="77777777" w:rsidR="002B61C8" w:rsidRDefault="00000000">
      <w:r>
        <w:rPr>
          <w:b/>
          <w:sz w:val="24"/>
        </w:rPr>
        <w:t>5. Determina la medida de los ángulos xÔy y zÔy.</w:t>
      </w:r>
    </w:p>
    <w:p w14:paraId="7EC1577B" w14:textId="77777777" w:rsidR="002B61C8" w:rsidRDefault="00000000">
      <w:pPr>
        <w:jc w:val="center"/>
      </w:pPr>
      <w:r>
        <w:rPr>
          <w:noProof/>
        </w:rPr>
        <w:drawing>
          <wp:inline distT="0" distB="0" distL="0" distR="0" wp14:anchorId="36E233A8" wp14:editId="1EE47645">
            <wp:extent cx="4206240" cy="17433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ol10_angle_xoy_zo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74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FE92" w14:textId="77777777" w:rsidR="002B61C8" w:rsidRDefault="00000000">
      <w:pPr>
        <w:spacing w:after="40"/>
      </w:pPr>
      <w:r>
        <w:t>xÔy = ........................................        zÔy = ........................................</w:t>
      </w:r>
    </w:p>
    <w:p w14:paraId="6445A35D" w14:textId="77777777" w:rsidR="009D070A" w:rsidRDefault="009D070A">
      <w:pPr>
        <w:rPr>
          <w:b/>
          <w:sz w:val="24"/>
        </w:rPr>
      </w:pPr>
    </w:p>
    <w:p w14:paraId="33D890D3" w14:textId="77777777" w:rsidR="009D070A" w:rsidRDefault="009D070A">
      <w:pPr>
        <w:rPr>
          <w:b/>
          <w:sz w:val="24"/>
        </w:rPr>
      </w:pPr>
    </w:p>
    <w:p w14:paraId="1B761B30" w14:textId="77777777" w:rsidR="009D070A" w:rsidRDefault="009D070A">
      <w:pPr>
        <w:rPr>
          <w:b/>
          <w:sz w:val="24"/>
        </w:rPr>
      </w:pPr>
    </w:p>
    <w:p w14:paraId="505E3677" w14:textId="77777777" w:rsidR="009D070A" w:rsidRDefault="009D070A">
      <w:pPr>
        <w:rPr>
          <w:b/>
          <w:sz w:val="24"/>
        </w:rPr>
      </w:pPr>
    </w:p>
    <w:p w14:paraId="779A9F76" w14:textId="77777777" w:rsidR="009D070A" w:rsidRDefault="009D070A">
      <w:pPr>
        <w:rPr>
          <w:b/>
          <w:sz w:val="24"/>
        </w:rPr>
      </w:pPr>
    </w:p>
    <w:p w14:paraId="3596DBAA" w14:textId="77777777" w:rsidR="009D070A" w:rsidRDefault="009D070A">
      <w:pPr>
        <w:rPr>
          <w:b/>
          <w:sz w:val="24"/>
        </w:rPr>
      </w:pPr>
    </w:p>
    <w:p w14:paraId="4A440EAA" w14:textId="01E47CDD" w:rsidR="002B61C8" w:rsidRDefault="00000000">
      <w:r>
        <w:rPr>
          <w:b/>
          <w:sz w:val="24"/>
        </w:rPr>
        <w:lastRenderedPageBreak/>
        <w:t>6. Construcciones geométricas:</w:t>
      </w:r>
    </w:p>
    <w:p w14:paraId="2FF3719E" w14:textId="77777777" w:rsidR="002B61C8" w:rsidRDefault="00000000">
      <w:pPr>
        <w:spacing w:after="40"/>
      </w:pPr>
      <w:r>
        <w:t>a) Construye una recta (d1) paralela a la recta (D) y que pase por A.</w:t>
      </w:r>
    </w:p>
    <w:p w14:paraId="295A766B" w14:textId="77777777" w:rsidR="002B61C8" w:rsidRDefault="00000000">
      <w:pPr>
        <w:spacing w:after="40"/>
      </w:pPr>
      <w:r>
        <w:t>b) Construye una recta (d2) perpendicular a la recta (D) y que pase por B.</w:t>
      </w:r>
    </w:p>
    <w:p w14:paraId="0E7DAD4F" w14:textId="77777777" w:rsidR="002B61C8" w:rsidRDefault="00000000">
      <w:pPr>
        <w:spacing w:after="40"/>
      </w:pPr>
      <w:r>
        <w:t>c) ¿Qué observas respecto de las rectas d1 y d2?</w:t>
      </w:r>
    </w:p>
    <w:p w14:paraId="066E594A" w14:textId="77777777" w:rsidR="002B61C8" w:rsidRDefault="00000000">
      <w:pPr>
        <w:jc w:val="center"/>
      </w:pPr>
      <w:r>
        <w:rPr>
          <w:noProof/>
        </w:rPr>
        <w:drawing>
          <wp:inline distT="0" distB="0" distL="0" distR="0" wp14:anchorId="3D99FE6C" wp14:editId="57C24867">
            <wp:extent cx="3474720" cy="2072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ol10_line_D_A_B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1817" w14:textId="77777777" w:rsidR="002B61C8" w:rsidRDefault="00000000">
      <w:pPr>
        <w:spacing w:after="40"/>
      </w:pPr>
      <w:r>
        <w:t>Observación: ................................................................................................</w:t>
      </w:r>
    </w:p>
    <w:p w14:paraId="64FD0AA3" w14:textId="77777777" w:rsidR="002B61C8" w:rsidRDefault="00000000">
      <w:r>
        <w:rPr>
          <w:b/>
          <w:sz w:val="24"/>
        </w:rPr>
        <w:t>7. Problema de distancia:</w:t>
      </w:r>
    </w:p>
    <w:p w14:paraId="5A8DF8B6" w14:textId="77777777" w:rsidR="002B61C8" w:rsidRDefault="00000000">
      <w:pPr>
        <w:spacing w:after="40"/>
      </w:pPr>
      <w:r>
        <w:t>Al salir un coche de Rabat, su cuentakilómetros marcaba 12 340 km. Al llegar a Marrakech marcaba 12 670 km. El dueño del coche hizo además una vuelta por la ciudad de Marrakech en la que recorrió 40 km.</w:t>
      </w:r>
    </w:p>
    <w:p w14:paraId="138B54BB" w14:textId="77777777" w:rsidR="002B61C8" w:rsidRDefault="00000000">
      <w:pPr>
        <w:spacing w:after="40"/>
      </w:pPr>
      <w:r>
        <w:t>a) ¿Cuál es la distancia entre Rabat y Marrakech?</w:t>
      </w:r>
    </w:p>
    <w:p w14:paraId="633E5203" w14:textId="77777777" w:rsidR="002B61C8" w:rsidRDefault="00000000">
      <w:pPr>
        <w:spacing w:after="40"/>
      </w:pPr>
      <w:r>
        <w:t xml:space="preserve">   ................................................................................................................</w:t>
      </w:r>
    </w:p>
    <w:p w14:paraId="7ECB240A" w14:textId="77777777" w:rsidR="009D070A" w:rsidRDefault="009D070A">
      <w:pPr>
        <w:spacing w:after="40"/>
      </w:pPr>
    </w:p>
    <w:p w14:paraId="7A723E12" w14:textId="77777777" w:rsidR="009D070A" w:rsidRDefault="009D070A">
      <w:pPr>
        <w:spacing w:after="40"/>
      </w:pPr>
    </w:p>
    <w:p w14:paraId="00EFCC4A" w14:textId="77777777" w:rsidR="009D070A" w:rsidRDefault="009D070A">
      <w:pPr>
        <w:spacing w:after="40"/>
      </w:pPr>
    </w:p>
    <w:p w14:paraId="68DD3340" w14:textId="77777777" w:rsidR="002B61C8" w:rsidRDefault="00000000">
      <w:pPr>
        <w:spacing w:after="40"/>
      </w:pPr>
      <w:r>
        <w:t>b) ¿Cuál es la distancia recorrida por el coche desde que salió de Rabat hasta su regreso?</w:t>
      </w:r>
    </w:p>
    <w:p w14:paraId="09040940" w14:textId="77777777" w:rsidR="002B61C8" w:rsidRDefault="00000000">
      <w:pPr>
        <w:spacing w:after="40"/>
      </w:pPr>
      <w:r>
        <w:t xml:space="preserve">   ................................................................................................................</w:t>
      </w:r>
    </w:p>
    <w:p w14:paraId="75BABC4A" w14:textId="77777777" w:rsidR="009D070A" w:rsidRDefault="009D070A">
      <w:pPr>
        <w:spacing w:after="40"/>
      </w:pPr>
    </w:p>
    <w:p w14:paraId="14A5DBA9" w14:textId="77777777" w:rsidR="009D070A" w:rsidRDefault="009D070A">
      <w:pPr>
        <w:spacing w:after="40"/>
      </w:pPr>
    </w:p>
    <w:p w14:paraId="2BA1F3FC" w14:textId="77777777" w:rsidR="009D070A" w:rsidRDefault="009D070A">
      <w:pPr>
        <w:spacing w:after="40"/>
      </w:pPr>
    </w:p>
    <w:p w14:paraId="7AE39E69" w14:textId="77777777" w:rsidR="002B61C8" w:rsidRDefault="00000000">
      <w:r>
        <w:rPr>
          <w:b/>
          <w:sz w:val="24"/>
        </w:rPr>
        <w:t>8. Problema de compra:</w:t>
      </w:r>
    </w:p>
    <w:p w14:paraId="09410AE6" w14:textId="77777777" w:rsidR="002B61C8" w:rsidRDefault="00000000">
      <w:pPr>
        <w:spacing w:after="40"/>
      </w:pPr>
      <w:r>
        <w:t>Un hombre compró una gallina. Dio al carnicero un billete de 200 dirhams. El carnicero le devolvió dos billetes de 50 DH, dos monedas de 10 dirhams y cuatro monedas de 1 dirham.</w:t>
      </w:r>
    </w:p>
    <w:p w14:paraId="1F4BCAA3" w14:textId="77777777" w:rsidR="002B61C8" w:rsidRDefault="00000000">
      <w:pPr>
        <w:spacing w:after="40"/>
      </w:pPr>
      <w:r>
        <w:t>¿Cuál es el precio de la gallina?</w:t>
      </w:r>
    </w:p>
    <w:p w14:paraId="39A981B8" w14:textId="77777777" w:rsidR="002B61C8" w:rsidRDefault="00000000">
      <w:pPr>
        <w:spacing w:after="40"/>
      </w:pPr>
      <w:r>
        <w:t>................................................................................................................</w:t>
      </w:r>
    </w:p>
    <w:sectPr w:rsidR="002B61C8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340701">
    <w:abstractNumId w:val="8"/>
  </w:num>
  <w:num w:numId="2" w16cid:durableId="913664989">
    <w:abstractNumId w:val="6"/>
  </w:num>
  <w:num w:numId="3" w16cid:durableId="302462806">
    <w:abstractNumId w:val="5"/>
  </w:num>
  <w:num w:numId="4" w16cid:durableId="822044218">
    <w:abstractNumId w:val="4"/>
  </w:num>
  <w:num w:numId="5" w16cid:durableId="1128207452">
    <w:abstractNumId w:val="7"/>
  </w:num>
  <w:num w:numId="6" w16cid:durableId="126826342">
    <w:abstractNumId w:val="3"/>
  </w:num>
  <w:num w:numId="7" w16cid:durableId="1512601733">
    <w:abstractNumId w:val="2"/>
  </w:num>
  <w:num w:numId="8" w16cid:durableId="476411008">
    <w:abstractNumId w:val="1"/>
  </w:num>
  <w:num w:numId="9" w16cid:durableId="79929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160D"/>
    <w:rsid w:val="0029639D"/>
    <w:rsid w:val="002B61C8"/>
    <w:rsid w:val="00326F90"/>
    <w:rsid w:val="009D07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0BCED"/>
  <w14:defaultImageDpi w14:val="300"/>
  <w15:docId w15:val="{965A2958-3523-4327-8BE1-B7536A4A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2026-06-29T09:47:00Z</dcterms:modified>
  <cp:category/>
</cp:coreProperties>
</file>